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8AF79B" w14:textId="26E701F0" w:rsidR="00E45AB2" w:rsidRPr="00E45AB2" w:rsidRDefault="00411C04" w:rsidP="00E45AB2">
      <w:pPr>
        <w:spacing w:before="700"/>
        <w:jc w:val="center"/>
        <w:rPr>
          <w:b/>
          <w:color w:val="101820"/>
          <w:sz w:val="56"/>
        </w:rPr>
      </w:pPr>
      <w:r>
        <w:rPr>
          <w:b/>
          <w:color w:val="101820"/>
          <w:sz w:val="56"/>
        </w:rPr>
        <w:t>REAL MADRID WORLD GRAND TRIVIA</w:t>
      </w:r>
    </w:p>
    <w:p w14:paraId="6D720F77" w14:textId="77777777" w:rsidR="0040548D" w:rsidRDefault="00543922">
      <w:pPr>
        <w:jc w:val="center"/>
      </w:pPr>
      <w:r>
        <w:rPr>
          <w:i/>
          <w:color w:val="555C60"/>
          <w:sz w:val="28"/>
        </w:rPr>
        <w:t>History to Be Made in Madrid</w:t>
      </w:r>
    </w:p>
    <w:p w14:paraId="4BC8345A" w14:textId="77777777" w:rsidR="0040548D" w:rsidRDefault="00543922">
      <w:pPr>
        <w:spacing w:before="200"/>
        <w:jc w:val="center"/>
      </w:pPr>
      <w:r>
        <w:rPr>
          <w:b/>
          <w:color w:val="C00000"/>
          <w:sz w:val="24"/>
        </w:rPr>
        <w:t>TRIVIA COMPETITION</w:t>
      </w:r>
    </w:p>
    <w:p w14:paraId="5A8D3EBB" w14:textId="77777777" w:rsidR="0040548D" w:rsidRDefault="00543922">
      <w:pPr>
        <w:spacing w:before="240"/>
        <w:jc w:val="center"/>
      </w:pPr>
      <w:r>
        <w:rPr>
          <w:b/>
          <w:color w:val="101820"/>
          <w:sz w:val="36"/>
        </w:rPr>
        <w:t>TERMS AND CONDITIONS</w:t>
      </w:r>
    </w:p>
    <w:p w14:paraId="5446F3B4" w14:textId="192E565B" w:rsidR="0040548D" w:rsidRDefault="00543922">
      <w:pPr>
        <w:jc w:val="center"/>
      </w:pPr>
      <w:r>
        <w:rPr>
          <w:color w:val="6E6E6E"/>
        </w:rPr>
        <w:t xml:space="preserve">Version: </w:t>
      </w:r>
      <w:r w:rsidR="0047443B">
        <w:rPr>
          <w:color w:val="6E6E6E"/>
        </w:rPr>
        <w:t>1</w:t>
      </w:r>
      <w:r w:rsidR="009E4A30">
        <w:rPr>
          <w:color w:val="6E6E6E"/>
        </w:rPr>
        <w:t>5</w:t>
      </w:r>
      <w:r>
        <w:rPr>
          <w:color w:val="6E6E6E"/>
        </w:rPr>
        <w:t xml:space="preserve"> </w:t>
      </w:r>
      <w:r w:rsidR="0047443B">
        <w:rPr>
          <w:color w:val="6E6E6E"/>
        </w:rPr>
        <w:t xml:space="preserve">October </w:t>
      </w:r>
      <w:r>
        <w:rPr>
          <w:color w:val="6E6E6E"/>
        </w:rPr>
        <w:t>2026</w:t>
      </w:r>
    </w:p>
    <w:p w14:paraId="41003415" w14:textId="77777777" w:rsidR="0040548D" w:rsidRDefault="00543922">
      <w:r>
        <w:br w:type="page"/>
      </w:r>
    </w:p>
    <w:p w14:paraId="3FDACE7D" w14:textId="0F7E0029" w:rsidR="0040548D" w:rsidRPr="00C43052" w:rsidRDefault="00543922" w:rsidP="00AF3D6E">
      <w:pPr>
        <w:pStyle w:val="ListParagraph"/>
        <w:numPr>
          <w:ilvl w:val="0"/>
          <w:numId w:val="11"/>
        </w:numPr>
        <w:rPr>
          <w:b/>
          <w:bCs/>
          <w:color w:val="C00000"/>
          <w:sz w:val="22"/>
          <w:szCs w:val="28"/>
        </w:rPr>
      </w:pPr>
      <w:r w:rsidRPr="00C43052">
        <w:rPr>
          <w:b/>
          <w:bCs/>
          <w:color w:val="C00000"/>
          <w:sz w:val="22"/>
          <w:szCs w:val="28"/>
        </w:rPr>
        <w:lastRenderedPageBreak/>
        <w:t>ORGANISER</w:t>
      </w:r>
    </w:p>
    <w:p w14:paraId="786360D3" w14:textId="77777777" w:rsidR="00AF3D6E" w:rsidRDefault="00AF3D6E" w:rsidP="00C43052">
      <w:pPr>
        <w:pStyle w:val="ListParagraph"/>
        <w:ind w:left="360"/>
      </w:pPr>
    </w:p>
    <w:p w14:paraId="7180882C" w14:textId="19BA4DD1" w:rsidR="00AF3D6E" w:rsidRPr="00C43052" w:rsidRDefault="00AF3D6E" w:rsidP="00C43052">
      <w:pPr>
        <w:pStyle w:val="ListParagraph"/>
        <w:numPr>
          <w:ilvl w:val="1"/>
          <w:numId w:val="11"/>
        </w:numPr>
        <w:spacing w:after="0"/>
        <w:jc w:val="both"/>
        <w:rPr>
          <w:b/>
          <w:bCs/>
        </w:rPr>
      </w:pPr>
      <w:r w:rsidRPr="00AC2424">
        <w:t xml:space="preserve">The </w:t>
      </w:r>
      <w:r>
        <w:rPr>
          <w:b/>
          <w:bCs/>
        </w:rPr>
        <w:t>“</w:t>
      </w:r>
      <w:r w:rsidR="00411C04">
        <w:rPr>
          <w:i/>
          <w:iCs/>
        </w:rPr>
        <w:t>Real Madrid World Grand Trivia</w:t>
      </w:r>
      <w:r>
        <w:rPr>
          <w:b/>
          <w:bCs/>
        </w:rPr>
        <w:t>”</w:t>
      </w:r>
      <w:r w:rsidRPr="00AC2424">
        <w:t xml:space="preserve"> trivia competition (the “</w:t>
      </w:r>
      <w:r w:rsidRPr="00AC2424">
        <w:rPr>
          <w:b/>
          <w:bCs/>
        </w:rPr>
        <w:t>Competition</w:t>
      </w:r>
      <w:r w:rsidRPr="00AC2424">
        <w:t xml:space="preserve">”) is </w:t>
      </w:r>
      <w:proofErr w:type="spellStart"/>
      <w:r w:rsidRPr="00AC2424">
        <w:t>organised</w:t>
      </w:r>
      <w:proofErr w:type="spellEnd"/>
      <w:r w:rsidRPr="00AC2424">
        <w:t xml:space="preserve"> by DXB Entertainments PJSC (the</w:t>
      </w:r>
      <w:r>
        <w:t> </w:t>
      </w:r>
      <w:r w:rsidRPr="00AC2424">
        <w:t>“</w:t>
      </w:r>
      <w:proofErr w:type="spellStart"/>
      <w:r w:rsidRPr="00C43052">
        <w:rPr>
          <w:b/>
          <w:bCs/>
        </w:rPr>
        <w:t>Organiser</w:t>
      </w:r>
      <w:proofErr w:type="spellEnd"/>
      <w:r w:rsidRPr="00AC2424">
        <w:t>”), owner and operator of Dubai Parks and Resorts, United Arab Emirates.</w:t>
      </w:r>
    </w:p>
    <w:p w14:paraId="35024A3F" w14:textId="77777777" w:rsidR="00AF3D6E" w:rsidRPr="00AF3D6E" w:rsidRDefault="00AF3D6E" w:rsidP="008336F5">
      <w:pPr>
        <w:spacing w:after="0"/>
        <w:jc w:val="both"/>
      </w:pPr>
    </w:p>
    <w:p w14:paraId="23286656" w14:textId="0D8D5107" w:rsidR="0089182C" w:rsidRPr="00C43052" w:rsidRDefault="0089182C" w:rsidP="00C43052">
      <w:pPr>
        <w:pStyle w:val="ListParagraph"/>
        <w:numPr>
          <w:ilvl w:val="1"/>
          <w:numId w:val="11"/>
        </w:numPr>
        <w:spacing w:after="0"/>
        <w:jc w:val="both"/>
        <w:rPr>
          <w:b/>
          <w:bCs/>
        </w:rPr>
      </w:pPr>
      <w:r w:rsidRPr="00AF3D6E">
        <w:t xml:space="preserve">Participation constitutes acceptance of these Terms and of the </w:t>
      </w:r>
      <w:proofErr w:type="spellStart"/>
      <w:r w:rsidRPr="00AF3D6E">
        <w:t>Organiser’s</w:t>
      </w:r>
      <w:proofErr w:type="spellEnd"/>
      <w:r w:rsidRPr="00AF3D6E">
        <w:t xml:space="preserve"> decisions, which are final and binding to the</w:t>
      </w:r>
      <w:r w:rsidR="00FD1E5C">
        <w:rPr>
          <w:b/>
          <w:bCs/>
        </w:rPr>
        <w:t> </w:t>
      </w:r>
      <w:r w:rsidRPr="00AF3D6E">
        <w:t>extent permitted by law.</w:t>
      </w:r>
    </w:p>
    <w:p w14:paraId="284BA8BC" w14:textId="77777777" w:rsidR="00AF3D6E" w:rsidRPr="00C43052" w:rsidRDefault="00AF3D6E" w:rsidP="00C43052">
      <w:pPr>
        <w:spacing w:after="0"/>
        <w:jc w:val="both"/>
        <w:rPr>
          <w:b/>
          <w:bCs/>
        </w:rPr>
      </w:pPr>
    </w:p>
    <w:p w14:paraId="331D6395" w14:textId="0526D4A0" w:rsidR="0089182C" w:rsidRDefault="0089182C" w:rsidP="00C43052">
      <w:pPr>
        <w:pStyle w:val="ListParagraph"/>
        <w:numPr>
          <w:ilvl w:val="1"/>
          <w:numId w:val="11"/>
        </w:numPr>
        <w:spacing w:after="0"/>
        <w:jc w:val="both"/>
      </w:pPr>
      <w:r w:rsidRPr="00AF3D6E">
        <w:t xml:space="preserve">The Competition is conducted subject to any permit or approval required by the competent authorities of the Emirate of Dubai, and the </w:t>
      </w:r>
      <w:proofErr w:type="spellStart"/>
      <w:r w:rsidRPr="00AF3D6E">
        <w:t>Organiser</w:t>
      </w:r>
      <w:proofErr w:type="spellEnd"/>
      <w:r w:rsidRPr="00AF3D6E">
        <w:t xml:space="preserve"> will not launch any stage requiring such a permit before it has been obtained.</w:t>
      </w:r>
    </w:p>
    <w:p w14:paraId="76DDA8D1" w14:textId="77777777" w:rsidR="00AF3D6E" w:rsidRPr="00AF3D6E" w:rsidRDefault="00AF3D6E" w:rsidP="00C43052">
      <w:pPr>
        <w:spacing w:after="0"/>
      </w:pPr>
    </w:p>
    <w:p w14:paraId="7EA1BC58" w14:textId="016A2B99" w:rsidR="0040548D" w:rsidRDefault="00543922" w:rsidP="00AF3D6E">
      <w:pPr>
        <w:pStyle w:val="ListParagraph"/>
        <w:numPr>
          <w:ilvl w:val="0"/>
          <w:numId w:val="11"/>
        </w:numPr>
        <w:rPr>
          <w:b/>
          <w:bCs/>
          <w:color w:val="C00000"/>
          <w:sz w:val="22"/>
          <w:szCs w:val="28"/>
        </w:rPr>
      </w:pPr>
      <w:r w:rsidRPr="00C43052">
        <w:rPr>
          <w:b/>
          <w:bCs/>
          <w:color w:val="C00000"/>
          <w:sz w:val="22"/>
          <w:szCs w:val="28"/>
        </w:rPr>
        <w:t>PROMOTIONAL NARRATIVE</w:t>
      </w:r>
    </w:p>
    <w:p w14:paraId="549EB4C0" w14:textId="77777777" w:rsidR="00AF3D6E" w:rsidRPr="00C43052" w:rsidRDefault="00AF3D6E" w:rsidP="00C43052">
      <w:pPr>
        <w:pStyle w:val="ListParagraph"/>
        <w:ind w:left="360"/>
        <w:rPr>
          <w:sz w:val="22"/>
        </w:rPr>
      </w:pPr>
    </w:p>
    <w:p w14:paraId="52C91A5D" w14:textId="5155A132" w:rsidR="00FD1E5C" w:rsidRDefault="00543922" w:rsidP="00AF3D6E">
      <w:pPr>
        <w:pStyle w:val="ListParagraph"/>
        <w:numPr>
          <w:ilvl w:val="1"/>
          <w:numId w:val="11"/>
        </w:numPr>
        <w:spacing w:after="0"/>
      </w:pPr>
      <w:r w:rsidRPr="00C43052">
        <w:t xml:space="preserve"> </w:t>
      </w:r>
      <w:r w:rsidRPr="00AF3D6E">
        <w:t>“</w:t>
      </w:r>
      <w:r w:rsidR="0047443B">
        <w:rPr>
          <w:b/>
          <w:bCs/>
          <w:i/>
          <w:iCs/>
        </w:rPr>
        <w:t xml:space="preserve">The Real </w:t>
      </w:r>
      <w:r w:rsidR="00411C04">
        <w:rPr>
          <w:b/>
          <w:bCs/>
          <w:i/>
          <w:iCs/>
        </w:rPr>
        <w:t>Madrid World</w:t>
      </w:r>
      <w:r w:rsidR="0047443B">
        <w:rPr>
          <w:b/>
          <w:bCs/>
          <w:i/>
          <w:iCs/>
        </w:rPr>
        <w:t xml:space="preserve"> </w:t>
      </w:r>
      <w:r w:rsidR="00411C04">
        <w:rPr>
          <w:b/>
          <w:bCs/>
          <w:i/>
          <w:iCs/>
        </w:rPr>
        <w:t>Grand Trivia</w:t>
      </w:r>
      <w:r w:rsidRPr="00AF3D6E">
        <w:t xml:space="preserve">” is the </w:t>
      </w:r>
      <w:r w:rsidR="00FD1E5C" w:rsidRPr="00AF3D6E">
        <w:t>official</w:t>
      </w:r>
      <w:r w:rsidRPr="00AF3D6E">
        <w:t xml:space="preserve"> name of the Competition. </w:t>
      </w:r>
    </w:p>
    <w:p w14:paraId="13ECB637" w14:textId="77777777" w:rsidR="00AF3D6E" w:rsidRPr="00AF3D6E" w:rsidRDefault="00AF3D6E" w:rsidP="00C43052">
      <w:pPr>
        <w:pStyle w:val="ListParagraph"/>
        <w:spacing w:after="0"/>
        <w:ind w:left="792"/>
        <w:jc w:val="both"/>
      </w:pPr>
    </w:p>
    <w:p w14:paraId="19A4111A" w14:textId="0F0520D4" w:rsidR="00981C36" w:rsidRDefault="00543922" w:rsidP="00C43052">
      <w:pPr>
        <w:pStyle w:val="ListParagraph"/>
        <w:numPr>
          <w:ilvl w:val="1"/>
          <w:numId w:val="11"/>
        </w:numPr>
        <w:spacing w:after="0"/>
        <w:jc w:val="both"/>
      </w:pPr>
      <w:r w:rsidRPr="00AF3D6E">
        <w:t>“</w:t>
      </w:r>
      <w:r w:rsidRPr="00C43052">
        <w:rPr>
          <w:i/>
          <w:iCs/>
        </w:rPr>
        <w:t>History to Be Made in Madrid</w:t>
      </w:r>
      <w:r w:rsidRPr="00AF3D6E">
        <w:t>”, “</w:t>
      </w:r>
      <w:r w:rsidRPr="00C43052">
        <w:rPr>
          <w:i/>
          <w:iCs/>
        </w:rPr>
        <w:t>Play. Win. Fly to Madrid</w:t>
      </w:r>
      <w:r w:rsidRPr="00AF3D6E">
        <w:t>.” and similar campaign lines are promotional expressions only</w:t>
      </w:r>
      <w:r w:rsidR="00981C36" w:rsidRPr="00AF3D6E">
        <w:t xml:space="preserve"> a</w:t>
      </w:r>
      <w:r w:rsidR="00981C36" w:rsidRPr="00C43052">
        <w:t>nd do not create any promise, guarantee or entitlement beyond the prizes and experiences expressly described in these Terms.</w:t>
      </w:r>
    </w:p>
    <w:p w14:paraId="42465682" w14:textId="77777777" w:rsidR="00AF3D6E" w:rsidRPr="00C43052" w:rsidRDefault="00AF3D6E" w:rsidP="00C43052">
      <w:pPr>
        <w:spacing w:after="0"/>
        <w:jc w:val="both"/>
      </w:pPr>
    </w:p>
    <w:p w14:paraId="0CCEA131" w14:textId="5E90955B" w:rsidR="008B545B" w:rsidRDefault="008B545B" w:rsidP="00C43052">
      <w:pPr>
        <w:pStyle w:val="ListParagraph"/>
        <w:numPr>
          <w:ilvl w:val="1"/>
          <w:numId w:val="11"/>
        </w:numPr>
        <w:spacing w:after="0"/>
        <w:jc w:val="both"/>
      </w:pPr>
      <w:r w:rsidRPr="00AF3D6E">
        <w:t>Each calendar month from October 2026 through April 2027 is intended to form a separate monthly cycle, subject to the Venue operating calendar and the timing of the Season Final.</w:t>
      </w:r>
    </w:p>
    <w:p w14:paraId="4D6782FF" w14:textId="77777777" w:rsidR="00AF3D6E" w:rsidRPr="00AF3D6E" w:rsidRDefault="00AF3D6E" w:rsidP="00C43052">
      <w:pPr>
        <w:pStyle w:val="ListParagraph"/>
        <w:spacing w:after="0"/>
        <w:ind w:left="792"/>
      </w:pPr>
    </w:p>
    <w:p w14:paraId="7DF77B85" w14:textId="572E5C01" w:rsidR="0040548D" w:rsidRDefault="00543922" w:rsidP="00C43052">
      <w:pPr>
        <w:pStyle w:val="ListParagraph"/>
        <w:numPr>
          <w:ilvl w:val="0"/>
          <w:numId w:val="11"/>
        </w:numPr>
      </w:pPr>
      <w:r w:rsidRPr="00C43052">
        <w:rPr>
          <w:b/>
          <w:bCs/>
          <w:color w:val="C00000"/>
          <w:sz w:val="22"/>
          <w:szCs w:val="28"/>
        </w:rPr>
        <w:t>DEFINITIONS</w:t>
      </w:r>
    </w:p>
    <w:p w14:paraId="0864A2E1" w14:textId="77777777" w:rsidR="00AF3D6E" w:rsidRDefault="00AF3D6E" w:rsidP="00C43052">
      <w:pPr>
        <w:pStyle w:val="ListParagraph"/>
        <w:ind w:left="360"/>
      </w:pPr>
    </w:p>
    <w:p w14:paraId="30C48211" w14:textId="43295B2B" w:rsidR="00AF3D6E" w:rsidRDefault="00AF3D6E" w:rsidP="00C43052">
      <w:pPr>
        <w:spacing w:after="0"/>
        <w:jc w:val="both"/>
      </w:pPr>
      <w:r w:rsidRPr="00C43052">
        <w:rPr>
          <w:bCs/>
          <w:lang w:val="en-AE"/>
        </w:rPr>
        <w:t>The following capitalised terms used in these Terms shall have the meanings set out below</w:t>
      </w:r>
    </w:p>
    <w:p w14:paraId="4115875C" w14:textId="288C6A1B" w:rsidR="00AF3D6E" w:rsidRDefault="00967182" w:rsidP="00C43052">
      <w:pPr>
        <w:pStyle w:val="ListParagraph"/>
        <w:numPr>
          <w:ilvl w:val="1"/>
          <w:numId w:val="11"/>
        </w:numPr>
        <w:spacing w:after="0"/>
        <w:jc w:val="both"/>
      </w:pPr>
      <w:r w:rsidRPr="00AF3D6E">
        <w:t>“</w:t>
      </w:r>
      <w:r w:rsidRPr="00C43052">
        <w:rPr>
          <w:b/>
          <w:bCs/>
        </w:rPr>
        <w:t>Competition Period</w:t>
      </w:r>
      <w:r w:rsidRPr="00AF3D6E">
        <w:t xml:space="preserve">” means the period commencing in October 2026 and ending in </w:t>
      </w:r>
      <w:r w:rsidR="00E127A8" w:rsidRPr="00AF3D6E">
        <w:t>May</w:t>
      </w:r>
      <w:r w:rsidRPr="00AF3D6E">
        <w:t xml:space="preserve"> 2027, inclusive, unless amended by the </w:t>
      </w:r>
      <w:proofErr w:type="spellStart"/>
      <w:r w:rsidRPr="00AF3D6E">
        <w:t>Organiser</w:t>
      </w:r>
      <w:proofErr w:type="spellEnd"/>
      <w:r w:rsidRPr="00AF3D6E">
        <w:t>.</w:t>
      </w:r>
    </w:p>
    <w:p w14:paraId="7D50038F" w14:textId="2CE81A50" w:rsidR="00DE1317" w:rsidRDefault="00DE1317" w:rsidP="00C43052">
      <w:pPr>
        <w:pStyle w:val="ListParagraph"/>
        <w:numPr>
          <w:ilvl w:val="1"/>
          <w:numId w:val="11"/>
        </w:numPr>
        <w:spacing w:after="0"/>
        <w:jc w:val="both"/>
        <w:rPr>
          <w:lang w:val="en-AE"/>
        </w:rPr>
      </w:pPr>
      <w:r w:rsidRPr="00DE1317">
        <w:rPr>
          <w:lang w:val="en-AE"/>
        </w:rPr>
        <w:t>“</w:t>
      </w:r>
      <w:r w:rsidRPr="00DE1317">
        <w:rPr>
          <w:b/>
          <w:bCs/>
          <w:lang w:val="en-AE"/>
        </w:rPr>
        <w:t>Companion</w:t>
      </w:r>
      <w:r w:rsidRPr="00DE1317">
        <w:rPr>
          <w:lang w:val="en-AE"/>
        </w:rPr>
        <w:t xml:space="preserve">” means a guest permitted by the Organiser to accompany a winner in connection with a Prize, subject to these Terms and any additional conditions imposed by the </w:t>
      </w:r>
      <w:proofErr w:type="spellStart"/>
      <w:r w:rsidRPr="00C43052">
        <w:t>Organiser</w:t>
      </w:r>
      <w:proofErr w:type="spellEnd"/>
      <w:r w:rsidRPr="00DE1317">
        <w:rPr>
          <w:lang w:val="en-AE"/>
        </w:rPr>
        <w:t>.</w:t>
      </w:r>
    </w:p>
    <w:p w14:paraId="027A2FDB" w14:textId="3B223B4A" w:rsidR="00DE1317" w:rsidRDefault="00DE1317" w:rsidP="00C43052">
      <w:pPr>
        <w:pStyle w:val="ListParagraph"/>
        <w:numPr>
          <w:ilvl w:val="1"/>
          <w:numId w:val="11"/>
        </w:numPr>
        <w:spacing w:after="0"/>
        <w:jc w:val="both"/>
      </w:pPr>
      <w:r>
        <w:t>“</w:t>
      </w:r>
      <w:r w:rsidRPr="00C43052">
        <w:rPr>
          <w:b/>
          <w:bCs/>
        </w:rPr>
        <w:t>Daily Final</w:t>
      </w:r>
      <w:r>
        <w:t xml:space="preserve">” means the live final </w:t>
      </w:r>
      <w:r w:rsidRPr="00C43052">
        <w:rPr>
          <w:lang w:val="en-AE"/>
        </w:rPr>
        <w:t>stage</w:t>
      </w:r>
      <w:r>
        <w:t xml:space="preserve"> intended to take place at approximately 7:00 pm at </w:t>
      </w:r>
      <w:proofErr w:type="spellStart"/>
      <w:r>
        <w:t>Cibeles</w:t>
      </w:r>
      <w:proofErr w:type="spellEnd"/>
      <w:r>
        <w:t xml:space="preserve"> Plaza or another designated location</w:t>
      </w:r>
      <w:r w:rsidR="00C43052">
        <w:t xml:space="preserve"> and/or combining</w:t>
      </w:r>
      <w:r>
        <w:t xml:space="preserve"> trivia </w:t>
      </w:r>
    </w:p>
    <w:p w14:paraId="633A0576" w14:textId="3DA9A5CC" w:rsidR="00DE1317" w:rsidRDefault="00DE1317" w:rsidP="00C43052">
      <w:pPr>
        <w:pStyle w:val="ListParagraph"/>
        <w:numPr>
          <w:ilvl w:val="1"/>
          <w:numId w:val="11"/>
        </w:numPr>
        <w:spacing w:after="0"/>
        <w:jc w:val="both"/>
      </w:pPr>
      <w:r>
        <w:t>“</w:t>
      </w:r>
      <w:r w:rsidRPr="00C43052">
        <w:rPr>
          <w:b/>
          <w:bCs/>
        </w:rPr>
        <w:t>Daily Finalist</w:t>
      </w:r>
      <w:r>
        <w:t>” means an eligible Participant who qualifies for a Daily Final.</w:t>
      </w:r>
    </w:p>
    <w:p w14:paraId="248A9ABC" w14:textId="62CF3B04" w:rsidR="00DE1317" w:rsidRDefault="00DE1317" w:rsidP="00C43052">
      <w:pPr>
        <w:pStyle w:val="ListParagraph"/>
        <w:numPr>
          <w:ilvl w:val="1"/>
          <w:numId w:val="11"/>
        </w:numPr>
        <w:spacing w:after="0"/>
        <w:jc w:val="both"/>
      </w:pPr>
      <w:r>
        <w:t>“</w:t>
      </w:r>
      <w:r w:rsidRPr="00C43052">
        <w:rPr>
          <w:b/>
          <w:bCs/>
        </w:rPr>
        <w:t>Daily Winner</w:t>
      </w:r>
      <w:r>
        <w:t>” means the eligible Participant declared winner of the Daily Final.</w:t>
      </w:r>
    </w:p>
    <w:p w14:paraId="561BF338" w14:textId="02F576B4" w:rsidR="00DE1317" w:rsidRDefault="00DE1317" w:rsidP="00C43052">
      <w:pPr>
        <w:pStyle w:val="ListParagraph"/>
        <w:numPr>
          <w:ilvl w:val="1"/>
          <w:numId w:val="11"/>
        </w:numPr>
        <w:spacing w:after="0"/>
        <w:jc w:val="both"/>
      </w:pPr>
      <w:r>
        <w:t>“</w:t>
      </w:r>
      <w:r w:rsidRPr="00C43052">
        <w:rPr>
          <w:b/>
          <w:bCs/>
        </w:rPr>
        <w:t>Grand Prize</w:t>
      </w:r>
      <w:r>
        <w:t>” means the prize awarded to the Season Winner, as described in clause 1</w:t>
      </w:r>
      <w:r w:rsidR="008B545B">
        <w:t>2</w:t>
      </w:r>
      <w:r>
        <w:t>.2.</w:t>
      </w:r>
    </w:p>
    <w:p w14:paraId="76E6CB14" w14:textId="3654ABF7" w:rsidR="00DE1317" w:rsidRDefault="00DE1317" w:rsidP="00C43052">
      <w:pPr>
        <w:pStyle w:val="ListParagraph"/>
        <w:numPr>
          <w:ilvl w:val="1"/>
          <w:numId w:val="11"/>
        </w:numPr>
        <w:spacing w:after="0"/>
        <w:jc w:val="both"/>
        <w:rPr>
          <w:lang w:val="en-AE"/>
        </w:rPr>
      </w:pPr>
      <w:r w:rsidRPr="00DE1317">
        <w:rPr>
          <w:lang w:val="en-AE"/>
        </w:rPr>
        <w:t>“</w:t>
      </w:r>
      <w:r w:rsidRPr="00DE1317">
        <w:rPr>
          <w:b/>
          <w:bCs/>
          <w:lang w:val="en-AE"/>
        </w:rPr>
        <w:t>Minor</w:t>
      </w:r>
      <w:r w:rsidRPr="00DE1317">
        <w:rPr>
          <w:lang w:val="en-AE"/>
        </w:rPr>
        <w:t xml:space="preserve">” means a Participant who is under the age of eighteen (18) years or such other age as may require parental or guardian </w:t>
      </w:r>
      <w:r w:rsidRPr="00C43052">
        <w:rPr>
          <w:b/>
          <w:bCs/>
        </w:rPr>
        <w:t>consent</w:t>
      </w:r>
      <w:r w:rsidRPr="00DE1317">
        <w:rPr>
          <w:lang w:val="en-AE"/>
        </w:rPr>
        <w:t xml:space="preserve"> under applicable law.</w:t>
      </w:r>
    </w:p>
    <w:p w14:paraId="2ED41E58" w14:textId="0A28F82C" w:rsidR="00DE1317" w:rsidRDefault="00DE1317" w:rsidP="00C43052">
      <w:pPr>
        <w:pStyle w:val="ListParagraph"/>
        <w:numPr>
          <w:ilvl w:val="1"/>
          <w:numId w:val="11"/>
        </w:numPr>
        <w:spacing w:after="0"/>
        <w:jc w:val="both"/>
      </w:pPr>
      <w:r>
        <w:t>“</w:t>
      </w:r>
      <w:r w:rsidRPr="00C43052">
        <w:rPr>
          <w:b/>
          <w:bCs/>
        </w:rPr>
        <w:t>Monthly Final</w:t>
      </w:r>
      <w:r>
        <w:t xml:space="preserve">” </w:t>
      </w:r>
      <w:r w:rsidRPr="00C43052">
        <w:rPr>
          <w:lang w:val="en-AE"/>
        </w:rPr>
        <w:t>means</w:t>
      </w:r>
      <w:r>
        <w:t xml:space="preserve"> the monthly stage in which eligible Daily Winners compete.</w:t>
      </w:r>
    </w:p>
    <w:p w14:paraId="1A9CE3AC" w14:textId="3F688282" w:rsidR="00DE1317" w:rsidRDefault="00DE1317" w:rsidP="00C43052">
      <w:pPr>
        <w:pStyle w:val="ListParagraph"/>
        <w:numPr>
          <w:ilvl w:val="1"/>
          <w:numId w:val="11"/>
        </w:numPr>
        <w:spacing w:after="0"/>
        <w:jc w:val="both"/>
      </w:pPr>
      <w:r>
        <w:t>“</w:t>
      </w:r>
      <w:r w:rsidRPr="00C43052">
        <w:rPr>
          <w:b/>
          <w:bCs/>
        </w:rPr>
        <w:t>Monthly Winner</w:t>
      </w:r>
      <w:r>
        <w:t xml:space="preserve">” </w:t>
      </w:r>
      <w:r w:rsidRPr="00C43052">
        <w:rPr>
          <w:b/>
        </w:rPr>
        <w:t>means</w:t>
      </w:r>
      <w:r>
        <w:t xml:space="preserve"> the eligible winner of a Monthly Final.</w:t>
      </w:r>
    </w:p>
    <w:p w14:paraId="22A1D39E" w14:textId="0104106A" w:rsidR="00DE1317" w:rsidRDefault="00DE1317" w:rsidP="00C43052">
      <w:pPr>
        <w:pStyle w:val="ListParagraph"/>
        <w:numPr>
          <w:ilvl w:val="1"/>
          <w:numId w:val="11"/>
        </w:numPr>
        <w:spacing w:after="0"/>
        <w:jc w:val="both"/>
      </w:pPr>
      <w:r>
        <w:t>“</w:t>
      </w:r>
      <w:r w:rsidRPr="00C43052">
        <w:rPr>
          <w:b/>
        </w:rPr>
        <w:t>Participant</w:t>
      </w:r>
      <w:r>
        <w:t>” means an eligible individual who enters the Competition in accordance with these Terms.</w:t>
      </w:r>
    </w:p>
    <w:p w14:paraId="5378481A" w14:textId="2295FC32" w:rsidR="00DE1317" w:rsidRDefault="00DE1317" w:rsidP="00C43052">
      <w:pPr>
        <w:pStyle w:val="ListParagraph"/>
        <w:numPr>
          <w:ilvl w:val="1"/>
          <w:numId w:val="11"/>
        </w:numPr>
        <w:spacing w:after="0"/>
        <w:jc w:val="both"/>
        <w:rPr>
          <w:lang w:val="en-AE"/>
        </w:rPr>
      </w:pPr>
      <w:r w:rsidRPr="00DE1317">
        <w:rPr>
          <w:lang w:val="en-AE"/>
        </w:rPr>
        <w:t>“</w:t>
      </w:r>
      <w:r w:rsidRPr="00DE1317">
        <w:rPr>
          <w:b/>
          <w:bCs/>
          <w:lang w:val="en-AE"/>
        </w:rPr>
        <w:t>Prize</w:t>
      </w:r>
      <w:r w:rsidRPr="00DE1317">
        <w:rPr>
          <w:lang w:val="en-AE"/>
        </w:rPr>
        <w:t>” means any benefit, reward, experience, ticket, voucher, pass, merchandise item or other item awarded in connection with the Competition, including the Grand Prize.</w:t>
      </w:r>
    </w:p>
    <w:p w14:paraId="343D87BA" w14:textId="70154083" w:rsidR="0040548D" w:rsidRDefault="00DE1317" w:rsidP="00C43052">
      <w:pPr>
        <w:pStyle w:val="ListParagraph"/>
        <w:numPr>
          <w:ilvl w:val="1"/>
          <w:numId w:val="11"/>
        </w:numPr>
        <w:spacing w:after="0"/>
        <w:jc w:val="both"/>
      </w:pPr>
      <w:r>
        <w:rPr>
          <w:b/>
        </w:rPr>
        <w:t xml:space="preserve"> </w:t>
      </w:r>
      <w:r w:rsidR="00543922">
        <w:t>“</w:t>
      </w:r>
      <w:r w:rsidR="00543922" w:rsidRPr="00C43052">
        <w:rPr>
          <w:b/>
          <w:bCs/>
          <w:lang w:val="en-AE"/>
        </w:rPr>
        <w:t>Round</w:t>
      </w:r>
      <w:r w:rsidR="00543922" w:rsidRPr="00C43052">
        <w:rPr>
          <w:b/>
          <w:bCs/>
        </w:rPr>
        <w:t xml:space="preserve"> One</w:t>
      </w:r>
      <w:r w:rsidR="00543922">
        <w:t>” means the open browser-based trivia qualification stage conducted from Venue opening until approximately 4:00 pm.</w:t>
      </w:r>
    </w:p>
    <w:p w14:paraId="378CBAF8" w14:textId="3F1FF764" w:rsidR="0040548D" w:rsidRDefault="00DE1317" w:rsidP="00C43052">
      <w:pPr>
        <w:pStyle w:val="ListParagraph"/>
        <w:numPr>
          <w:ilvl w:val="1"/>
          <w:numId w:val="11"/>
        </w:numPr>
        <w:spacing w:after="0"/>
        <w:jc w:val="both"/>
      </w:pPr>
      <w:r>
        <w:rPr>
          <w:b/>
        </w:rPr>
        <w:t xml:space="preserve"> </w:t>
      </w:r>
      <w:r w:rsidR="00543922">
        <w:t>“</w:t>
      </w:r>
      <w:r w:rsidR="00543922" w:rsidRPr="00C43052">
        <w:rPr>
          <w:b/>
          <w:bCs/>
        </w:rPr>
        <w:t>Round Two</w:t>
      </w:r>
      <w:r w:rsidR="00543922">
        <w:t>” means the live second trivia stage intended to take place at approximately 5:00 pm at Real Challenge or another designated location.</w:t>
      </w:r>
    </w:p>
    <w:p w14:paraId="30F3F800" w14:textId="06120B32" w:rsidR="00967182" w:rsidRDefault="00DE1317" w:rsidP="00C43052">
      <w:pPr>
        <w:pStyle w:val="ListParagraph"/>
        <w:numPr>
          <w:ilvl w:val="1"/>
          <w:numId w:val="11"/>
        </w:numPr>
        <w:spacing w:after="0"/>
        <w:jc w:val="both"/>
      </w:pPr>
      <w:r>
        <w:rPr>
          <w:b/>
        </w:rPr>
        <w:t xml:space="preserve"> </w:t>
      </w:r>
      <w:r w:rsidR="00967182">
        <w:t>“</w:t>
      </w:r>
      <w:r w:rsidR="00967182" w:rsidRPr="00C43052">
        <w:rPr>
          <w:b/>
        </w:rPr>
        <w:t>Season</w:t>
      </w:r>
      <w:r w:rsidR="00967182" w:rsidRPr="00C43052">
        <w:rPr>
          <w:b/>
          <w:bCs/>
        </w:rPr>
        <w:t xml:space="preserve"> Final</w:t>
      </w:r>
      <w:r w:rsidR="00967182">
        <w:t xml:space="preserve">” means the final stage planned for </w:t>
      </w:r>
      <w:r w:rsidR="009670C5">
        <w:t>early May</w:t>
      </w:r>
      <w:r w:rsidR="00967182">
        <w:t xml:space="preserve"> 2027 in which eligible Monthly Winners compete for the Grand Prize.</w:t>
      </w:r>
    </w:p>
    <w:p w14:paraId="7BC162A1" w14:textId="3DF37F44" w:rsidR="0089182C" w:rsidRDefault="00DE1317" w:rsidP="00C43052">
      <w:pPr>
        <w:pStyle w:val="ListParagraph"/>
        <w:numPr>
          <w:ilvl w:val="1"/>
          <w:numId w:val="11"/>
        </w:numPr>
        <w:spacing w:after="0"/>
        <w:jc w:val="both"/>
      </w:pPr>
      <w:r>
        <w:rPr>
          <w:b/>
        </w:rPr>
        <w:t xml:space="preserve"> </w:t>
      </w:r>
      <w:r w:rsidR="00543922">
        <w:t>“</w:t>
      </w:r>
      <w:r w:rsidR="00543922" w:rsidRPr="00C43052">
        <w:rPr>
          <w:b/>
          <w:bCs/>
        </w:rPr>
        <w:t xml:space="preserve">Season </w:t>
      </w:r>
      <w:r w:rsidR="00543922" w:rsidRPr="00C43052">
        <w:rPr>
          <w:b/>
        </w:rPr>
        <w:t>Winner</w:t>
      </w:r>
      <w:r w:rsidR="00543922">
        <w:t>” means the eligible winner of the Season Final.</w:t>
      </w:r>
    </w:p>
    <w:p w14:paraId="1A7DF30A" w14:textId="431A2D22" w:rsidR="0040548D" w:rsidRDefault="0089182C" w:rsidP="00C43052">
      <w:pPr>
        <w:pStyle w:val="ListParagraph"/>
        <w:numPr>
          <w:ilvl w:val="1"/>
          <w:numId w:val="11"/>
        </w:numPr>
        <w:spacing w:after="0"/>
        <w:jc w:val="both"/>
      </w:pPr>
      <w:r>
        <w:rPr>
          <w:b/>
          <w:bCs/>
        </w:rPr>
        <w:t xml:space="preserve"> </w:t>
      </w:r>
      <w:r>
        <w:t>“</w:t>
      </w:r>
      <w:r w:rsidRPr="00C43052">
        <w:rPr>
          <w:b/>
        </w:rPr>
        <w:t>Terms</w:t>
      </w:r>
      <w:r w:rsidRPr="00C43052">
        <w:rPr>
          <w:b/>
          <w:bCs/>
        </w:rPr>
        <w:t>”</w:t>
      </w:r>
      <w:r>
        <w:t xml:space="preserve"> means these terms and conditions, as amended and published by the </w:t>
      </w:r>
      <w:proofErr w:type="spellStart"/>
      <w:r>
        <w:t>Organiser</w:t>
      </w:r>
      <w:proofErr w:type="spellEnd"/>
      <w:r>
        <w:t xml:space="preserve"> from time to time.</w:t>
      </w:r>
    </w:p>
    <w:p w14:paraId="0F2B40D4" w14:textId="2532A650" w:rsidR="004D404E" w:rsidRDefault="004D404E" w:rsidP="00C43052">
      <w:pPr>
        <w:pStyle w:val="ListParagraph"/>
        <w:numPr>
          <w:ilvl w:val="1"/>
          <w:numId w:val="11"/>
        </w:numPr>
        <w:spacing w:after="0"/>
        <w:jc w:val="both"/>
      </w:pPr>
      <w:r>
        <w:rPr>
          <w:b/>
          <w:bCs/>
        </w:rPr>
        <w:t>“</w:t>
      </w:r>
      <w:r w:rsidRPr="008C5AF0">
        <w:rPr>
          <w:b/>
          <w:bCs/>
        </w:rPr>
        <w:t>Venue</w:t>
      </w:r>
      <w:r>
        <w:t>” means Real Madrid World at Dubai Parks and Resorts, United Arab Emirates.</w:t>
      </w:r>
    </w:p>
    <w:p w14:paraId="47F260A3" w14:textId="77777777" w:rsidR="00C43052" w:rsidRDefault="00C43052" w:rsidP="00C43052">
      <w:pPr>
        <w:pStyle w:val="ListParagraph"/>
        <w:spacing w:after="0"/>
        <w:ind w:left="792"/>
        <w:jc w:val="both"/>
      </w:pPr>
    </w:p>
    <w:p w14:paraId="2907364F" w14:textId="77777777" w:rsidR="004D404E" w:rsidRDefault="004D404E" w:rsidP="00C43052">
      <w:pPr>
        <w:pStyle w:val="ListParagraph"/>
        <w:spacing w:after="0"/>
        <w:ind w:left="792"/>
        <w:jc w:val="both"/>
      </w:pPr>
    </w:p>
    <w:p w14:paraId="6CE194B5" w14:textId="065B9147" w:rsidR="0040548D" w:rsidRPr="00C43052" w:rsidRDefault="00543922" w:rsidP="00C43052">
      <w:pPr>
        <w:pStyle w:val="ListParagraph"/>
        <w:numPr>
          <w:ilvl w:val="0"/>
          <w:numId w:val="11"/>
        </w:numPr>
        <w:jc w:val="both"/>
        <w:rPr>
          <w:b/>
          <w:bCs/>
          <w:color w:val="C00000"/>
        </w:rPr>
      </w:pPr>
      <w:r w:rsidRPr="00C43052">
        <w:rPr>
          <w:b/>
          <w:bCs/>
          <w:color w:val="C00000"/>
          <w:sz w:val="22"/>
        </w:rPr>
        <w:t>COMPETITION</w:t>
      </w:r>
      <w:r w:rsidRPr="00C43052">
        <w:rPr>
          <w:b/>
          <w:bCs/>
          <w:color w:val="C00000"/>
        </w:rPr>
        <w:t xml:space="preserve"> </w:t>
      </w:r>
      <w:r w:rsidR="004D404E">
        <w:rPr>
          <w:b/>
          <w:bCs/>
          <w:color w:val="C00000"/>
          <w:sz w:val="22"/>
        </w:rPr>
        <w:t>OVERVIEW</w:t>
      </w:r>
    </w:p>
    <w:p w14:paraId="0E63D9A2" w14:textId="77777777" w:rsidR="004D404E" w:rsidRPr="00C43052" w:rsidRDefault="004D404E" w:rsidP="00C43052">
      <w:pPr>
        <w:pStyle w:val="ListParagraph"/>
        <w:ind w:left="360"/>
        <w:jc w:val="both"/>
        <w:rPr>
          <w:b/>
          <w:bCs/>
          <w:color w:val="C00000"/>
        </w:rPr>
      </w:pPr>
    </w:p>
    <w:p w14:paraId="5D9FAA4A" w14:textId="58679CE9" w:rsidR="004D404E" w:rsidRPr="004D404E" w:rsidRDefault="004D404E" w:rsidP="00C43052">
      <w:pPr>
        <w:pStyle w:val="ListParagraph"/>
        <w:numPr>
          <w:ilvl w:val="1"/>
          <w:numId w:val="11"/>
        </w:numPr>
        <w:jc w:val="both"/>
        <w:rPr>
          <w:lang w:val="en-AE"/>
        </w:rPr>
      </w:pPr>
      <w:r w:rsidRPr="00C43052">
        <w:t>The</w:t>
      </w:r>
      <w:r w:rsidRPr="004D404E">
        <w:rPr>
          <w:rFonts w:ascii="Segoe UI" w:eastAsia="Times New Roman" w:hAnsi="Segoe UI" w:cs="Segoe UI"/>
          <w:sz w:val="21"/>
          <w:szCs w:val="21"/>
          <w:lang w:val="en-AE" w:eastAsia="en-AE"/>
        </w:rPr>
        <w:t xml:space="preserve"> </w:t>
      </w:r>
      <w:r w:rsidRPr="004D404E">
        <w:rPr>
          <w:lang w:val="en-AE"/>
        </w:rPr>
        <w:t>Competition consists of:</w:t>
      </w:r>
    </w:p>
    <w:p w14:paraId="5154B57F" w14:textId="23E9DA5D" w:rsidR="004D404E" w:rsidRPr="004D404E" w:rsidRDefault="004D404E" w:rsidP="00C43052">
      <w:pPr>
        <w:pStyle w:val="ListParagraph"/>
        <w:numPr>
          <w:ilvl w:val="2"/>
          <w:numId w:val="11"/>
        </w:numPr>
        <w:jc w:val="both"/>
        <w:rPr>
          <w:lang w:val="en-AE"/>
        </w:rPr>
      </w:pPr>
      <w:r w:rsidRPr="004D404E">
        <w:rPr>
          <w:lang w:val="en-AE"/>
        </w:rPr>
        <w:t>Round One, an online trivia qualification stage;</w:t>
      </w:r>
    </w:p>
    <w:p w14:paraId="39C39B8F" w14:textId="4CB47A17" w:rsidR="004D404E" w:rsidRPr="004D404E" w:rsidRDefault="004D404E" w:rsidP="00C43052">
      <w:pPr>
        <w:pStyle w:val="ListParagraph"/>
        <w:numPr>
          <w:ilvl w:val="2"/>
          <w:numId w:val="11"/>
        </w:numPr>
        <w:jc w:val="both"/>
        <w:rPr>
          <w:lang w:val="en-AE"/>
        </w:rPr>
      </w:pPr>
      <w:r w:rsidRPr="004D404E">
        <w:rPr>
          <w:lang w:val="en-AE"/>
        </w:rPr>
        <w:lastRenderedPageBreak/>
        <w:t>Round Two, a live trivia stage;</w:t>
      </w:r>
    </w:p>
    <w:p w14:paraId="20338F4C" w14:textId="5513074D" w:rsidR="004D404E" w:rsidRPr="004D404E" w:rsidRDefault="004D404E" w:rsidP="00C43052">
      <w:pPr>
        <w:pStyle w:val="ListParagraph"/>
        <w:numPr>
          <w:ilvl w:val="2"/>
          <w:numId w:val="11"/>
        </w:numPr>
        <w:jc w:val="both"/>
        <w:rPr>
          <w:lang w:val="en-AE"/>
        </w:rPr>
      </w:pPr>
      <w:r w:rsidRPr="004D404E">
        <w:rPr>
          <w:lang w:val="en-AE"/>
        </w:rPr>
        <w:t>a Daily Final;</w:t>
      </w:r>
    </w:p>
    <w:p w14:paraId="750D21FC" w14:textId="1F82FB55" w:rsidR="004D404E" w:rsidRPr="004D404E" w:rsidRDefault="004D404E" w:rsidP="00C43052">
      <w:pPr>
        <w:pStyle w:val="ListParagraph"/>
        <w:numPr>
          <w:ilvl w:val="2"/>
          <w:numId w:val="11"/>
        </w:numPr>
        <w:jc w:val="both"/>
        <w:rPr>
          <w:lang w:val="en-AE"/>
        </w:rPr>
      </w:pPr>
      <w:r w:rsidRPr="004D404E">
        <w:rPr>
          <w:lang w:val="en-AE"/>
        </w:rPr>
        <w:t>Monthly Finals; and</w:t>
      </w:r>
    </w:p>
    <w:p w14:paraId="13DDB669" w14:textId="56643079" w:rsidR="004D404E" w:rsidRDefault="004D404E" w:rsidP="00C43052">
      <w:pPr>
        <w:pStyle w:val="ListParagraph"/>
        <w:numPr>
          <w:ilvl w:val="2"/>
          <w:numId w:val="11"/>
        </w:numPr>
        <w:jc w:val="both"/>
        <w:rPr>
          <w:lang w:val="en-AE"/>
        </w:rPr>
      </w:pPr>
      <w:r w:rsidRPr="004D404E">
        <w:rPr>
          <w:lang w:val="en-AE"/>
        </w:rPr>
        <w:t>the Season Final.</w:t>
      </w:r>
    </w:p>
    <w:p w14:paraId="1F1D4DF9" w14:textId="77777777" w:rsidR="004D404E" w:rsidRPr="004D404E" w:rsidRDefault="004D404E" w:rsidP="00C43052">
      <w:pPr>
        <w:pStyle w:val="ListParagraph"/>
        <w:ind w:left="1224"/>
        <w:jc w:val="both"/>
        <w:rPr>
          <w:lang w:val="en-AE"/>
        </w:rPr>
      </w:pPr>
    </w:p>
    <w:p w14:paraId="3BABA958" w14:textId="1CD8D7AE" w:rsidR="004D404E" w:rsidRDefault="004D404E" w:rsidP="00C43052">
      <w:pPr>
        <w:pStyle w:val="ListParagraph"/>
        <w:numPr>
          <w:ilvl w:val="1"/>
          <w:numId w:val="11"/>
        </w:numPr>
        <w:jc w:val="both"/>
        <w:rPr>
          <w:lang w:val="en-AE"/>
        </w:rPr>
      </w:pPr>
      <w:r w:rsidRPr="004D404E">
        <w:rPr>
          <w:lang w:val="en-AE"/>
        </w:rPr>
        <w:t>Eligible Participants may progress through successive stages of the Competition in accordance with these Terms.</w:t>
      </w:r>
    </w:p>
    <w:p w14:paraId="00BAD8E8" w14:textId="77777777" w:rsidR="004D404E" w:rsidRPr="004D404E" w:rsidRDefault="004D404E" w:rsidP="00C43052">
      <w:pPr>
        <w:pStyle w:val="ListParagraph"/>
        <w:ind w:left="792"/>
        <w:jc w:val="both"/>
        <w:rPr>
          <w:lang w:val="en-AE"/>
        </w:rPr>
      </w:pPr>
    </w:p>
    <w:p w14:paraId="438C6E95" w14:textId="6352FEB4" w:rsidR="004D404E" w:rsidRPr="004D404E" w:rsidRDefault="004D404E" w:rsidP="00C43052">
      <w:pPr>
        <w:pStyle w:val="ListParagraph"/>
        <w:numPr>
          <w:ilvl w:val="1"/>
          <w:numId w:val="11"/>
        </w:numPr>
        <w:jc w:val="both"/>
        <w:rPr>
          <w:lang w:val="en-AE"/>
        </w:rPr>
      </w:pPr>
      <w:r w:rsidRPr="004D404E">
        <w:rPr>
          <w:lang w:val="en-AE"/>
        </w:rPr>
        <w:t>The winner of the Season Final will receive the Grand Prize.</w:t>
      </w:r>
    </w:p>
    <w:p w14:paraId="49C3F79D" w14:textId="7D7B2D41" w:rsidR="004D404E" w:rsidRPr="00C43052" w:rsidRDefault="004D404E" w:rsidP="00C43052">
      <w:pPr>
        <w:pStyle w:val="ListParagraph"/>
        <w:ind w:left="792"/>
        <w:jc w:val="both"/>
      </w:pPr>
    </w:p>
    <w:p w14:paraId="7A892C5D" w14:textId="31A4EC40" w:rsidR="004D404E" w:rsidRDefault="004D404E" w:rsidP="00C43052">
      <w:pPr>
        <w:pStyle w:val="ListParagraph"/>
        <w:numPr>
          <w:ilvl w:val="0"/>
          <w:numId w:val="11"/>
        </w:numPr>
        <w:jc w:val="both"/>
        <w:rPr>
          <w:b/>
          <w:bCs/>
          <w:color w:val="C00000"/>
          <w:sz w:val="22"/>
        </w:rPr>
      </w:pPr>
      <w:r w:rsidRPr="00C43052">
        <w:rPr>
          <w:b/>
          <w:bCs/>
          <w:color w:val="C00000"/>
          <w:sz w:val="22"/>
        </w:rPr>
        <w:t>COMPETITION PERIOD</w:t>
      </w:r>
    </w:p>
    <w:p w14:paraId="2F841A06" w14:textId="77777777" w:rsidR="004D404E" w:rsidRPr="00C43052" w:rsidRDefault="004D404E" w:rsidP="00C43052">
      <w:pPr>
        <w:pStyle w:val="ListParagraph"/>
        <w:ind w:left="360"/>
        <w:jc w:val="both"/>
        <w:rPr>
          <w:sz w:val="22"/>
        </w:rPr>
      </w:pPr>
    </w:p>
    <w:p w14:paraId="2512C7EF" w14:textId="01E10552" w:rsidR="00967182" w:rsidRDefault="00967182" w:rsidP="00C43052">
      <w:pPr>
        <w:pStyle w:val="ListParagraph"/>
        <w:numPr>
          <w:ilvl w:val="1"/>
          <w:numId w:val="11"/>
        </w:numPr>
        <w:spacing w:after="0"/>
        <w:jc w:val="both"/>
      </w:pPr>
      <w:r>
        <w:t xml:space="preserve">Each calendar month from October 2026 through </w:t>
      </w:r>
      <w:r w:rsidR="00C26A30">
        <w:t>May</w:t>
      </w:r>
      <w:r>
        <w:t xml:space="preserve"> 2027 is intended to form a separate monthly cycle, subject to the Venue operating calendar</w:t>
      </w:r>
      <w:r w:rsidR="00FD1E5C">
        <w:t>, the number of eligible Participants</w:t>
      </w:r>
      <w:r w:rsidR="00C26A30">
        <w:t xml:space="preserve"> and the timing of the Season Final</w:t>
      </w:r>
      <w:r>
        <w:t>.</w:t>
      </w:r>
    </w:p>
    <w:p w14:paraId="35DEEEC4" w14:textId="77777777" w:rsidR="004D404E" w:rsidRDefault="004D404E" w:rsidP="00C43052">
      <w:pPr>
        <w:pStyle w:val="ListParagraph"/>
        <w:spacing w:after="0"/>
        <w:ind w:left="792"/>
        <w:jc w:val="both"/>
      </w:pPr>
    </w:p>
    <w:p w14:paraId="5C8CF01E" w14:textId="19F3B2CB" w:rsidR="00967182" w:rsidRDefault="00967182" w:rsidP="00C43052">
      <w:pPr>
        <w:pStyle w:val="ListParagraph"/>
        <w:numPr>
          <w:ilvl w:val="1"/>
          <w:numId w:val="11"/>
        </w:numPr>
        <w:spacing w:after="0"/>
        <w:jc w:val="both"/>
      </w:pPr>
      <w:r>
        <w:t xml:space="preserve">The </w:t>
      </w:r>
      <w:r w:rsidR="00FD1E5C">
        <w:t>Grand Prize</w:t>
      </w:r>
      <w:r>
        <w:t xml:space="preserve"> is currently planned </w:t>
      </w:r>
      <w:r w:rsidR="00FD1E5C">
        <w:t>to take place over</w:t>
      </w:r>
      <w:r>
        <w:t xml:space="preserve"> </w:t>
      </w:r>
      <w:r w:rsidR="000F3546">
        <w:t>the weekend of 9</w:t>
      </w:r>
      <w:r>
        <w:t xml:space="preserve"> May 2027. </w:t>
      </w:r>
      <w:r w:rsidR="000F3546">
        <w:t>The exact travel dates</w:t>
      </w:r>
      <w:r>
        <w:t>,</w:t>
      </w:r>
      <w:r w:rsidR="00FD1E5C">
        <w:t xml:space="preserve"> itinerary,</w:t>
      </w:r>
      <w:r>
        <w:t xml:space="preserve"> </w:t>
      </w:r>
      <w:proofErr w:type="spellStart"/>
      <w:r>
        <w:t>programme</w:t>
      </w:r>
      <w:proofErr w:type="spellEnd"/>
      <w:r>
        <w:t xml:space="preserve"> and availability remain </w:t>
      </w:r>
      <w:r w:rsidR="000F3546">
        <w:t xml:space="preserve">subject </w:t>
      </w:r>
      <w:r>
        <w:t xml:space="preserve">to </w:t>
      </w:r>
      <w:r w:rsidR="000F3546">
        <w:t>confirmation</w:t>
      </w:r>
      <w:r>
        <w:t>.</w:t>
      </w:r>
    </w:p>
    <w:p w14:paraId="3EB0820A" w14:textId="77777777" w:rsidR="004D404E" w:rsidRDefault="004D404E" w:rsidP="00C43052">
      <w:pPr>
        <w:spacing w:after="0"/>
        <w:jc w:val="both"/>
      </w:pPr>
    </w:p>
    <w:p w14:paraId="25E49600" w14:textId="1360537C" w:rsidR="0040548D" w:rsidRDefault="00543922" w:rsidP="00C43052">
      <w:pPr>
        <w:pStyle w:val="ListParagraph"/>
        <w:numPr>
          <w:ilvl w:val="1"/>
          <w:numId w:val="11"/>
        </w:numPr>
        <w:spacing w:after="0"/>
        <w:jc w:val="both"/>
      </w:pPr>
      <w:r>
        <w:t xml:space="preserve">The </w:t>
      </w:r>
      <w:proofErr w:type="spellStart"/>
      <w:r>
        <w:t>Organiser</w:t>
      </w:r>
      <w:proofErr w:type="spellEnd"/>
      <w:r>
        <w:t xml:space="preserve"> may amend dates, operating days, timings, locations or format, or suspend, postpone or cancel any stage, for operational, commercial, safety, technical, legal, or other reasonable reasons.</w:t>
      </w:r>
    </w:p>
    <w:p w14:paraId="0E1C82D8" w14:textId="77777777" w:rsidR="004D404E" w:rsidRDefault="004D404E" w:rsidP="00C43052">
      <w:pPr>
        <w:spacing w:after="0"/>
        <w:jc w:val="both"/>
      </w:pPr>
    </w:p>
    <w:p w14:paraId="4D5B5571" w14:textId="79C119E0" w:rsidR="0040548D" w:rsidRPr="00C43052" w:rsidRDefault="00543922" w:rsidP="00C43052">
      <w:pPr>
        <w:pStyle w:val="ListParagraph"/>
        <w:numPr>
          <w:ilvl w:val="0"/>
          <w:numId w:val="11"/>
        </w:numPr>
        <w:jc w:val="both"/>
      </w:pPr>
      <w:r w:rsidRPr="00C43052">
        <w:rPr>
          <w:b/>
          <w:bCs/>
          <w:color w:val="C00000"/>
          <w:sz w:val="22"/>
        </w:rPr>
        <w:t>ELIGIBILITY</w:t>
      </w:r>
    </w:p>
    <w:p w14:paraId="64FCE34B" w14:textId="77777777" w:rsidR="004D404E" w:rsidRDefault="004D404E" w:rsidP="00C43052">
      <w:pPr>
        <w:pStyle w:val="ListParagraph"/>
        <w:ind w:left="360"/>
        <w:jc w:val="both"/>
      </w:pPr>
    </w:p>
    <w:p w14:paraId="7EA9C480" w14:textId="000A9D4A" w:rsidR="00382B49" w:rsidRDefault="00543922" w:rsidP="00C43052">
      <w:pPr>
        <w:pStyle w:val="ListParagraph"/>
        <w:numPr>
          <w:ilvl w:val="1"/>
          <w:numId w:val="11"/>
        </w:numPr>
        <w:spacing w:after="0"/>
        <w:jc w:val="both"/>
      </w:pPr>
      <w:r>
        <w:t>Participation is open to individuals who are</w:t>
      </w:r>
      <w:r w:rsidR="00382B49">
        <w:t xml:space="preserve">: </w:t>
      </w:r>
    </w:p>
    <w:p w14:paraId="56BACAA2" w14:textId="77777777" w:rsidR="00382B49" w:rsidRDefault="00543922" w:rsidP="00C43052">
      <w:pPr>
        <w:pStyle w:val="ListParagraph"/>
        <w:numPr>
          <w:ilvl w:val="2"/>
          <w:numId w:val="11"/>
        </w:numPr>
        <w:spacing w:after="0"/>
        <w:jc w:val="both"/>
      </w:pPr>
      <w:r>
        <w:t xml:space="preserve"> physically present at the Venue, </w:t>
      </w:r>
    </w:p>
    <w:p w14:paraId="698F3EA8" w14:textId="77777777" w:rsidR="00382B49" w:rsidRDefault="00543922" w:rsidP="00C43052">
      <w:pPr>
        <w:pStyle w:val="ListParagraph"/>
        <w:numPr>
          <w:ilvl w:val="2"/>
          <w:numId w:val="11"/>
        </w:numPr>
        <w:spacing w:after="0"/>
        <w:jc w:val="both"/>
      </w:pPr>
      <w:r>
        <w:t xml:space="preserve">comply with Venue rules and these Terms, </w:t>
      </w:r>
    </w:p>
    <w:p w14:paraId="0A3DDBB4" w14:textId="77777777" w:rsidR="00382B49" w:rsidRDefault="00382B49" w:rsidP="00C43052">
      <w:pPr>
        <w:pStyle w:val="ListParagraph"/>
        <w:numPr>
          <w:ilvl w:val="2"/>
          <w:numId w:val="11"/>
        </w:numPr>
        <w:spacing w:after="0"/>
        <w:jc w:val="both"/>
      </w:pPr>
      <w:r>
        <w:t xml:space="preserve">satisfy any applicable admission requirements </w:t>
      </w:r>
      <w:r w:rsidR="00543922">
        <w:t>and</w:t>
      </w:r>
      <w:r>
        <w:t xml:space="preserve">, </w:t>
      </w:r>
    </w:p>
    <w:p w14:paraId="43E9A8EA" w14:textId="2E97A265" w:rsidR="0040548D" w:rsidRDefault="00543922" w:rsidP="00C43052">
      <w:pPr>
        <w:pStyle w:val="ListParagraph"/>
        <w:numPr>
          <w:ilvl w:val="2"/>
          <w:numId w:val="11"/>
        </w:numPr>
        <w:spacing w:after="0"/>
        <w:jc w:val="both"/>
      </w:pPr>
      <w:r>
        <w:t xml:space="preserve"> meet any minimum age, ticketing and consent conditions published by the </w:t>
      </w:r>
      <w:proofErr w:type="spellStart"/>
      <w:r>
        <w:t>Organiser</w:t>
      </w:r>
      <w:proofErr w:type="spellEnd"/>
      <w:r>
        <w:t>.</w:t>
      </w:r>
    </w:p>
    <w:p w14:paraId="632F61A9" w14:textId="1B6066AD" w:rsidR="00382B49" w:rsidRDefault="00382B49" w:rsidP="00C43052">
      <w:pPr>
        <w:pStyle w:val="ListParagraph"/>
        <w:spacing w:after="0"/>
        <w:ind w:left="1224"/>
        <w:jc w:val="both"/>
      </w:pPr>
      <w:r>
        <w:t>Participants must remain eligible throughout the Competition.</w:t>
      </w:r>
    </w:p>
    <w:p w14:paraId="751D554A" w14:textId="77777777" w:rsidR="00382B49" w:rsidRDefault="00382B49" w:rsidP="00C43052">
      <w:pPr>
        <w:pStyle w:val="ListParagraph"/>
        <w:spacing w:after="0"/>
        <w:ind w:left="1224"/>
        <w:jc w:val="both"/>
      </w:pPr>
    </w:p>
    <w:p w14:paraId="2BD3CFE3" w14:textId="596D9603" w:rsidR="00382B49" w:rsidRDefault="00382B49" w:rsidP="00C43052">
      <w:pPr>
        <w:pStyle w:val="ListParagraph"/>
        <w:numPr>
          <w:ilvl w:val="1"/>
          <w:numId w:val="11"/>
        </w:numPr>
        <w:spacing w:after="0"/>
        <w:jc w:val="both"/>
      </w:pPr>
      <w:r>
        <w:t xml:space="preserve">The Competition is open to visitors aged six (6) years and above. A parent or legal guardian must consent to participation of a Minor and may be required to remain present during any stage of the Competition and/or complete additional documentation required by the </w:t>
      </w:r>
      <w:proofErr w:type="spellStart"/>
      <w:r>
        <w:t>Organiser</w:t>
      </w:r>
      <w:proofErr w:type="spellEnd"/>
      <w:r>
        <w:t>.</w:t>
      </w:r>
    </w:p>
    <w:p w14:paraId="249EE2D8" w14:textId="77777777" w:rsidR="00382B49" w:rsidRDefault="00382B49" w:rsidP="00C43052">
      <w:pPr>
        <w:pStyle w:val="ListParagraph"/>
        <w:spacing w:after="0"/>
        <w:ind w:left="792"/>
        <w:jc w:val="both"/>
      </w:pPr>
    </w:p>
    <w:p w14:paraId="096497D1" w14:textId="627BEEAD" w:rsidR="00382B49" w:rsidRDefault="00382B49" w:rsidP="00C43052">
      <w:pPr>
        <w:pStyle w:val="ListParagraph"/>
        <w:numPr>
          <w:ilvl w:val="1"/>
          <w:numId w:val="11"/>
        </w:numPr>
        <w:spacing w:after="0"/>
        <w:jc w:val="both"/>
      </w:pPr>
      <w:r>
        <w:t xml:space="preserve">No separate Competition entry fee is intended. Standard admission requirements and charges for entry to the Venue continue to apply unless the </w:t>
      </w:r>
      <w:proofErr w:type="spellStart"/>
      <w:r>
        <w:t>Organiser</w:t>
      </w:r>
      <w:proofErr w:type="spellEnd"/>
      <w:r>
        <w:t xml:space="preserve"> expressly states otherwise.</w:t>
      </w:r>
    </w:p>
    <w:p w14:paraId="5D1A3C53" w14:textId="77777777" w:rsidR="00382B49" w:rsidRDefault="00382B49" w:rsidP="00C43052">
      <w:pPr>
        <w:pStyle w:val="ListParagraph"/>
        <w:spacing w:after="0"/>
        <w:ind w:left="792"/>
        <w:jc w:val="both"/>
      </w:pPr>
    </w:p>
    <w:p w14:paraId="0457D428" w14:textId="34D5C2CD" w:rsidR="004D404E" w:rsidRDefault="00543922" w:rsidP="00C43052">
      <w:pPr>
        <w:pStyle w:val="ListParagraph"/>
        <w:numPr>
          <w:ilvl w:val="1"/>
          <w:numId w:val="11"/>
        </w:numPr>
        <w:spacing w:after="0"/>
        <w:jc w:val="both"/>
      </w:pPr>
      <w:r>
        <w:t xml:space="preserve">Employees and personnel of the </w:t>
      </w:r>
      <w:proofErr w:type="spellStart"/>
      <w:r>
        <w:t>Organiser</w:t>
      </w:r>
      <w:proofErr w:type="spellEnd"/>
      <w:r>
        <w:t xml:space="preserve">, </w:t>
      </w:r>
      <w:r w:rsidR="00382B49">
        <w:t>the Venue</w:t>
      </w:r>
      <w:r>
        <w:t xml:space="preserve">, and </w:t>
      </w:r>
      <w:r w:rsidR="00382B49">
        <w:t xml:space="preserve">any </w:t>
      </w:r>
      <w:r>
        <w:t>agencies, contractors, suppliers or advisers directly involved in the</w:t>
      </w:r>
      <w:r w:rsidR="00382B49">
        <w:t xml:space="preserve"> administration, operation or fulfilment of the</w:t>
      </w:r>
      <w:r>
        <w:t xml:space="preserve"> Competition are not eligible</w:t>
      </w:r>
      <w:r w:rsidR="00382B49">
        <w:t xml:space="preserve"> to participate</w:t>
      </w:r>
      <w:r>
        <w:t>. Immediate family</w:t>
      </w:r>
      <w:r w:rsidR="00382B49">
        <w:t xml:space="preserve"> members and</w:t>
      </w:r>
      <w:r>
        <w:t xml:space="preserve"> </w:t>
      </w:r>
      <w:r w:rsidR="00382B49">
        <w:t xml:space="preserve">members of the same </w:t>
      </w:r>
      <w:r>
        <w:t xml:space="preserve">household </w:t>
      </w:r>
      <w:r w:rsidR="00B54C31">
        <w:t>are also</w:t>
      </w:r>
      <w:r>
        <w:t xml:space="preserve"> excluded.</w:t>
      </w:r>
    </w:p>
    <w:p w14:paraId="49A28493" w14:textId="77777777" w:rsidR="004D404E" w:rsidRPr="00C43052" w:rsidRDefault="004D404E" w:rsidP="00C43052">
      <w:pPr>
        <w:pStyle w:val="ListParagraph"/>
        <w:spacing w:after="0"/>
        <w:ind w:left="792"/>
        <w:jc w:val="both"/>
      </w:pPr>
    </w:p>
    <w:p w14:paraId="68F24B7C" w14:textId="32099CD2" w:rsidR="00B54C31" w:rsidRPr="00B54C31" w:rsidRDefault="00543922" w:rsidP="00B54C31">
      <w:pPr>
        <w:pStyle w:val="ListParagraph"/>
        <w:numPr>
          <w:ilvl w:val="1"/>
          <w:numId w:val="11"/>
        </w:numPr>
        <w:rPr>
          <w:lang w:val="en-AE"/>
        </w:rPr>
      </w:pPr>
      <w:r>
        <w:t xml:space="preserve">The </w:t>
      </w:r>
      <w:proofErr w:type="spellStart"/>
      <w:r>
        <w:t>Organiser</w:t>
      </w:r>
      <w:proofErr w:type="spellEnd"/>
      <w:r>
        <w:t xml:space="preserve"> may require proof of identity, age, eligibility, admission, contact details and parental consent at any stage</w:t>
      </w:r>
      <w:r w:rsidR="00B54C31">
        <w:t xml:space="preserve"> of the Competition</w:t>
      </w:r>
      <w:r>
        <w:t>.</w:t>
      </w:r>
      <w:r w:rsidR="00B54C31">
        <w:t xml:space="preserve"> F</w:t>
      </w:r>
      <w:proofErr w:type="spellStart"/>
      <w:r w:rsidR="00B54C31" w:rsidRPr="00B54C31">
        <w:rPr>
          <w:lang w:val="en-AE"/>
        </w:rPr>
        <w:t>ailure</w:t>
      </w:r>
      <w:proofErr w:type="spellEnd"/>
      <w:r w:rsidR="00B54C31" w:rsidRPr="00B54C31">
        <w:rPr>
          <w:lang w:val="en-AE"/>
        </w:rPr>
        <w:t xml:space="preserve"> to provide satisfactory evidence within the timeframe specified by the Organiser may result in refusal of entry, disqualification or forfeiture of any Prize.</w:t>
      </w:r>
    </w:p>
    <w:p w14:paraId="063E24F4" w14:textId="77777777" w:rsidR="004D404E" w:rsidRDefault="004D404E" w:rsidP="00C43052">
      <w:pPr>
        <w:pStyle w:val="ListParagraph"/>
        <w:spacing w:after="0"/>
        <w:ind w:left="792"/>
      </w:pPr>
    </w:p>
    <w:p w14:paraId="0538474E" w14:textId="35D1EA93" w:rsidR="0040548D" w:rsidRDefault="00543922" w:rsidP="00C43052">
      <w:pPr>
        <w:pStyle w:val="ListParagraph"/>
        <w:keepNext/>
        <w:keepLines/>
        <w:numPr>
          <w:ilvl w:val="0"/>
          <w:numId w:val="11"/>
        </w:numPr>
        <w:rPr>
          <w:b/>
          <w:bCs/>
          <w:color w:val="C00000"/>
          <w:sz w:val="22"/>
        </w:rPr>
      </w:pPr>
      <w:r w:rsidRPr="00C43052">
        <w:rPr>
          <w:b/>
          <w:bCs/>
          <w:color w:val="C00000"/>
          <w:sz w:val="22"/>
        </w:rPr>
        <w:lastRenderedPageBreak/>
        <w:t>ENTRY AND DIGITAL PROCESS</w:t>
      </w:r>
    </w:p>
    <w:p w14:paraId="28F8442D" w14:textId="77777777" w:rsidR="004D404E" w:rsidRPr="00C43052" w:rsidRDefault="004D404E" w:rsidP="00C43052">
      <w:pPr>
        <w:pStyle w:val="ListParagraph"/>
        <w:keepNext/>
        <w:keepLines/>
        <w:ind w:left="360"/>
        <w:rPr>
          <w:sz w:val="22"/>
        </w:rPr>
      </w:pPr>
    </w:p>
    <w:p w14:paraId="3CB232DC" w14:textId="16363553" w:rsidR="004D404E" w:rsidRDefault="00543922" w:rsidP="00C43052">
      <w:pPr>
        <w:pStyle w:val="ListParagraph"/>
        <w:keepNext/>
        <w:keepLines/>
        <w:numPr>
          <w:ilvl w:val="1"/>
          <w:numId w:val="11"/>
        </w:numPr>
        <w:spacing w:after="0"/>
      </w:pPr>
      <w:r>
        <w:t>Participants enter by scanning an official Competition QR code and completing the trivia in a web browser</w:t>
      </w:r>
      <w:r w:rsidR="00A449D3">
        <w:t xml:space="preserve"> or </w:t>
      </w:r>
      <w:r w:rsidR="00A449D3" w:rsidRPr="00A449D3">
        <w:t xml:space="preserve">through another entry method designated by the </w:t>
      </w:r>
      <w:proofErr w:type="spellStart"/>
      <w:r w:rsidR="00A449D3" w:rsidRPr="00A449D3">
        <w:t>Organiser</w:t>
      </w:r>
      <w:proofErr w:type="spellEnd"/>
      <w:r>
        <w:t xml:space="preserve">. </w:t>
      </w:r>
    </w:p>
    <w:p w14:paraId="756A8D86" w14:textId="77777777" w:rsidR="009509C9" w:rsidRDefault="009509C9" w:rsidP="00C43052">
      <w:pPr>
        <w:pStyle w:val="ListParagraph"/>
        <w:keepNext/>
        <w:keepLines/>
        <w:spacing w:after="0"/>
        <w:ind w:left="792"/>
      </w:pPr>
    </w:p>
    <w:p w14:paraId="2DBCB11C" w14:textId="38A87B68" w:rsidR="0040548D" w:rsidRDefault="00543922" w:rsidP="00C43052">
      <w:pPr>
        <w:pStyle w:val="ListParagraph"/>
        <w:keepNext/>
        <w:keepLines/>
        <w:numPr>
          <w:ilvl w:val="1"/>
          <w:numId w:val="11"/>
        </w:numPr>
        <w:spacing w:after="0"/>
      </w:pPr>
      <w:r>
        <w:t>Round One is intended to contain twenty-five (25) Real Madrid-themed questions</w:t>
      </w:r>
      <w:r w:rsidR="009509C9">
        <w:t>, subject to clause 8.</w:t>
      </w:r>
      <w:r w:rsidR="008B545B">
        <w:t>2</w:t>
      </w:r>
      <w:r>
        <w:t xml:space="preserve">. Participants must submit answers before the daily cut-off displayed by the </w:t>
      </w:r>
      <w:proofErr w:type="spellStart"/>
      <w:r>
        <w:t>Organiser</w:t>
      </w:r>
      <w:proofErr w:type="spellEnd"/>
      <w:r>
        <w:t>.</w:t>
      </w:r>
    </w:p>
    <w:p w14:paraId="63C6D651" w14:textId="77777777" w:rsidR="004D404E" w:rsidRDefault="004D404E" w:rsidP="00C43052">
      <w:pPr>
        <w:keepNext/>
        <w:keepLines/>
        <w:spacing w:after="0"/>
      </w:pPr>
    </w:p>
    <w:p w14:paraId="3AE35172" w14:textId="32F135FB" w:rsidR="00967182" w:rsidRDefault="00536422" w:rsidP="00C43052">
      <w:pPr>
        <w:pStyle w:val="ListParagraph"/>
        <w:keepNext/>
        <w:keepLines/>
        <w:numPr>
          <w:ilvl w:val="1"/>
          <w:numId w:val="11"/>
        </w:numPr>
        <w:spacing w:after="0"/>
      </w:pPr>
      <w:r>
        <w:t xml:space="preserve">Accuracy is the primary criterion for </w:t>
      </w:r>
      <w:r w:rsidR="009509C9">
        <w:t xml:space="preserve">qualification from </w:t>
      </w:r>
      <w:r>
        <w:t xml:space="preserve">Round One. </w:t>
      </w:r>
      <w:proofErr w:type="gramStart"/>
      <w:r>
        <w:t>Where</w:t>
      </w:r>
      <w:proofErr w:type="gramEnd"/>
      <w:r>
        <w:t xml:space="preserve"> more than twenty-four (24) eligible Participants answer all Round One questions correctly, the Round Two qualifiers will be </w:t>
      </w:r>
      <w:r w:rsidR="009509C9">
        <w:t xml:space="preserve">selected </w:t>
      </w:r>
      <w:r>
        <w:t>at random from those Participants. Speed or completion time may be used to resolve ties in subsequent stages</w:t>
      </w:r>
      <w:r w:rsidR="009509C9">
        <w:t xml:space="preserve"> of the Competition</w:t>
      </w:r>
      <w:r>
        <w:t>.</w:t>
      </w:r>
    </w:p>
    <w:p w14:paraId="4C042DEA" w14:textId="77777777" w:rsidR="009509C9" w:rsidRDefault="009509C9" w:rsidP="00C43052">
      <w:pPr>
        <w:keepNext/>
        <w:keepLines/>
        <w:spacing w:after="0"/>
      </w:pPr>
    </w:p>
    <w:p w14:paraId="3DB846D3" w14:textId="6AB09BFF" w:rsidR="0040548D" w:rsidRDefault="00543922" w:rsidP="00C43052">
      <w:pPr>
        <w:pStyle w:val="ListParagraph"/>
        <w:keepNext/>
        <w:keepLines/>
        <w:numPr>
          <w:ilvl w:val="1"/>
          <w:numId w:val="11"/>
        </w:numPr>
        <w:spacing w:after="0"/>
      </w:pPr>
      <w:r>
        <w:t>Unless expressly permitted</w:t>
      </w:r>
      <w:r w:rsidR="009509C9">
        <w:t xml:space="preserve"> by the Organizer</w:t>
      </w:r>
      <w:r>
        <w:t>, each Participant may enter</w:t>
      </w:r>
      <w:r w:rsidR="009509C9">
        <w:t xml:space="preserve"> the Competition</w:t>
      </w:r>
      <w:r>
        <w:t xml:space="preserve"> once per </w:t>
      </w:r>
      <w:proofErr w:type="gramStart"/>
      <w:r>
        <w:t>Competition day</w:t>
      </w:r>
      <w:proofErr w:type="gramEnd"/>
      <w:r>
        <w:t>. Duplicate, automated, manipulated</w:t>
      </w:r>
      <w:r w:rsidR="009509C9">
        <w:t>, fraudulent</w:t>
      </w:r>
      <w:r>
        <w:t xml:space="preserve"> or </w:t>
      </w:r>
      <w:proofErr w:type="spellStart"/>
      <w:r>
        <w:t>unauthorised</w:t>
      </w:r>
      <w:proofErr w:type="spellEnd"/>
      <w:r>
        <w:t xml:space="preserve"> entries may be invalidated</w:t>
      </w:r>
      <w:r w:rsidR="009509C9">
        <w:t xml:space="preserve"> and result in disqualification</w:t>
      </w:r>
      <w:r>
        <w:t>.</w:t>
      </w:r>
    </w:p>
    <w:p w14:paraId="42E32B31" w14:textId="77777777" w:rsidR="004D404E" w:rsidRDefault="004D404E" w:rsidP="00C43052">
      <w:pPr>
        <w:pStyle w:val="ListParagraph"/>
        <w:keepNext/>
        <w:keepLines/>
        <w:spacing w:after="0"/>
        <w:ind w:left="792"/>
      </w:pPr>
    </w:p>
    <w:p w14:paraId="4EC1B682" w14:textId="1EDA57E3" w:rsidR="009509C9" w:rsidRPr="009509C9" w:rsidRDefault="00543922" w:rsidP="00C43052">
      <w:pPr>
        <w:pStyle w:val="ListParagraph"/>
        <w:keepNext/>
        <w:keepLines/>
        <w:numPr>
          <w:ilvl w:val="1"/>
          <w:numId w:val="11"/>
        </w:numPr>
        <w:rPr>
          <w:lang w:val="en-AE"/>
        </w:rPr>
      </w:pPr>
      <w:r>
        <w:t xml:space="preserve">Participants are responsible for providing accurate </w:t>
      </w:r>
      <w:r w:rsidR="009509C9">
        <w:t xml:space="preserve">and up-to-date </w:t>
      </w:r>
      <w:r>
        <w:t xml:space="preserve">contact details and monitoring </w:t>
      </w:r>
      <w:proofErr w:type="gramStart"/>
      <w:r>
        <w:t>communications</w:t>
      </w:r>
      <w:proofErr w:type="gramEnd"/>
      <w:r>
        <w:t xml:space="preserve"> </w:t>
      </w:r>
      <w:r w:rsidR="009509C9">
        <w:t>relating to qualifications, competition stages</w:t>
      </w:r>
      <w:r>
        <w:t xml:space="preserve"> and timings.</w:t>
      </w:r>
      <w:r w:rsidR="009509C9" w:rsidRPr="009509C9">
        <w:rPr>
          <w:rFonts w:ascii="Segoe UI" w:eastAsia="Times New Roman" w:hAnsi="Segoe UI" w:cs="Segoe UI"/>
          <w:sz w:val="21"/>
          <w:szCs w:val="21"/>
          <w:lang w:val="en-AE" w:eastAsia="en-AE"/>
        </w:rPr>
        <w:t xml:space="preserve"> </w:t>
      </w:r>
      <w:r w:rsidR="009509C9" w:rsidRPr="009509C9">
        <w:rPr>
          <w:lang w:val="en-AE"/>
        </w:rPr>
        <w:t>The Organiser shall not be responsible for a Participant's failure to receive, review or respond to such communications.</w:t>
      </w:r>
    </w:p>
    <w:p w14:paraId="6181E045" w14:textId="78836FD7" w:rsidR="0040548D" w:rsidRDefault="0040548D" w:rsidP="00C43052">
      <w:pPr>
        <w:pStyle w:val="ListParagraph"/>
        <w:spacing w:after="0"/>
        <w:ind w:left="792"/>
      </w:pPr>
    </w:p>
    <w:p w14:paraId="0AD20412" w14:textId="77777777" w:rsidR="004D404E" w:rsidRDefault="004D404E" w:rsidP="00C43052">
      <w:pPr>
        <w:spacing w:after="0"/>
      </w:pPr>
    </w:p>
    <w:p w14:paraId="4E85AC2E" w14:textId="396A5198" w:rsidR="0040548D" w:rsidRDefault="00543922" w:rsidP="004D404E">
      <w:pPr>
        <w:pStyle w:val="ListParagraph"/>
        <w:numPr>
          <w:ilvl w:val="0"/>
          <w:numId w:val="11"/>
        </w:numPr>
        <w:rPr>
          <w:b/>
          <w:bCs/>
          <w:color w:val="C00000"/>
          <w:sz w:val="22"/>
        </w:rPr>
      </w:pPr>
      <w:r w:rsidRPr="00C43052">
        <w:rPr>
          <w:b/>
          <w:bCs/>
          <w:color w:val="C00000"/>
          <w:sz w:val="22"/>
        </w:rPr>
        <w:t>DAILY COMPETITION FORMAT</w:t>
      </w:r>
    </w:p>
    <w:p w14:paraId="3701B776" w14:textId="77777777" w:rsidR="004D404E" w:rsidRPr="00C43052" w:rsidRDefault="004D404E" w:rsidP="00C43052">
      <w:pPr>
        <w:pStyle w:val="ListParagraph"/>
        <w:ind w:left="360"/>
        <w:rPr>
          <w:sz w:val="22"/>
        </w:rPr>
      </w:pPr>
    </w:p>
    <w:p w14:paraId="792B36E0" w14:textId="3EC8FB8D" w:rsidR="0040548D" w:rsidRDefault="00543922" w:rsidP="00C43052">
      <w:pPr>
        <w:pStyle w:val="ListParagraph"/>
        <w:numPr>
          <w:ilvl w:val="1"/>
          <w:numId w:val="11"/>
        </w:numPr>
        <w:spacing w:after="0"/>
      </w:pPr>
      <w:r>
        <w:t>The standard daily format is intended to operate as follows:</w:t>
      </w:r>
    </w:p>
    <w:p w14:paraId="09E52B3C" w14:textId="50A7E020" w:rsidR="00967182" w:rsidRDefault="00967182" w:rsidP="00C43052">
      <w:pPr>
        <w:pStyle w:val="ListParagraph"/>
        <w:numPr>
          <w:ilvl w:val="2"/>
          <w:numId w:val="11"/>
        </w:numPr>
        <w:spacing w:after="0"/>
      </w:pPr>
      <w:r w:rsidRPr="00C43052">
        <w:rPr>
          <w:b/>
          <w:bCs/>
        </w:rPr>
        <w:t>Round One</w:t>
      </w:r>
      <w:r>
        <w:t xml:space="preserve">: </w:t>
      </w:r>
      <w:r w:rsidR="00C93340">
        <w:t xml:space="preserve">Open </w:t>
      </w:r>
      <w:r>
        <w:t xml:space="preserve">trivia from Venue opening until approximately 4:00 pm; </w:t>
      </w:r>
      <w:r w:rsidR="001F323B">
        <w:t xml:space="preserve">Participants who answer all </w:t>
      </w:r>
      <w:r w:rsidR="00C93340">
        <w:t xml:space="preserve">Round One </w:t>
      </w:r>
      <w:r w:rsidR="001F323B">
        <w:t xml:space="preserve">questions correctly receive a </w:t>
      </w:r>
      <w:r w:rsidR="00DB63CD">
        <w:t xml:space="preserve">retail </w:t>
      </w:r>
      <w:r w:rsidR="00496A90">
        <w:t>discount voucher</w:t>
      </w:r>
      <w:r w:rsidR="001F323B">
        <w:t>, and</w:t>
      </w:r>
      <w:r>
        <w:t xml:space="preserve"> twenty-four (24) eligible </w:t>
      </w:r>
      <w:r w:rsidR="001F323B">
        <w:t xml:space="preserve">Participants </w:t>
      </w:r>
      <w:r w:rsidR="00C93340">
        <w:t xml:space="preserve">from </w:t>
      </w:r>
      <w:r w:rsidR="005A196C">
        <w:t>those</w:t>
      </w:r>
      <w:r w:rsidR="00C93340">
        <w:t xml:space="preserve"> Participants will be selected to</w:t>
      </w:r>
      <w:r w:rsidR="001F323B">
        <w:t xml:space="preserve"> </w:t>
      </w:r>
      <w:r>
        <w:t>qualify for Round Two.</w:t>
      </w:r>
    </w:p>
    <w:p w14:paraId="37B85A04" w14:textId="62DC137A" w:rsidR="0040548D" w:rsidRDefault="00543922" w:rsidP="00C43052">
      <w:pPr>
        <w:pStyle w:val="ListParagraph"/>
        <w:numPr>
          <w:ilvl w:val="2"/>
          <w:numId w:val="11"/>
        </w:numPr>
        <w:spacing w:after="0"/>
      </w:pPr>
      <w:r w:rsidRPr="00C43052">
        <w:rPr>
          <w:b/>
          <w:bCs/>
        </w:rPr>
        <w:t>Round Two</w:t>
      </w:r>
      <w:r>
        <w:t xml:space="preserve">: </w:t>
      </w:r>
      <w:r w:rsidR="00C93340">
        <w:t xml:space="preserve">Live </w:t>
      </w:r>
      <w:r>
        <w:t>trivia at approximately 5:00 pm</w:t>
      </w:r>
      <w:r w:rsidR="00C93340">
        <w:t>. T</w:t>
      </w:r>
      <w:r>
        <w:t xml:space="preserve">he top eight (8) eligible Participants </w:t>
      </w:r>
      <w:r w:rsidR="00C93340">
        <w:t xml:space="preserve">will </w:t>
      </w:r>
      <w:r>
        <w:t xml:space="preserve">qualify </w:t>
      </w:r>
      <w:r w:rsidR="00C93340">
        <w:t>as Daily Finalists</w:t>
      </w:r>
      <w:r>
        <w:t>.</w:t>
      </w:r>
    </w:p>
    <w:p w14:paraId="36620E4A" w14:textId="73D245E8" w:rsidR="0040548D" w:rsidRDefault="00543922" w:rsidP="004D404E">
      <w:pPr>
        <w:pStyle w:val="ListParagraph"/>
        <w:numPr>
          <w:ilvl w:val="2"/>
          <w:numId w:val="11"/>
        </w:numPr>
        <w:spacing w:after="0"/>
      </w:pPr>
      <w:r w:rsidRPr="00C43052">
        <w:rPr>
          <w:b/>
          <w:bCs/>
        </w:rPr>
        <w:t>Daily Final</w:t>
      </w:r>
      <w:r>
        <w:t xml:space="preserve">: </w:t>
      </w:r>
      <w:r w:rsidR="00C93340">
        <w:t xml:space="preserve">A </w:t>
      </w:r>
      <w:r>
        <w:t>live trivia challenge at approximately 7:00 pm</w:t>
      </w:r>
      <w:r w:rsidR="00C93340">
        <w:t>. O</w:t>
      </w:r>
      <w:r>
        <w:t xml:space="preserve">ne (1) </w:t>
      </w:r>
      <w:r w:rsidR="00C93340">
        <w:t>eligible Participant will be declared as the Daily Winner</w:t>
      </w:r>
      <w:r>
        <w:t>.</w:t>
      </w:r>
    </w:p>
    <w:p w14:paraId="439D4518" w14:textId="77777777" w:rsidR="004D404E" w:rsidRDefault="004D404E" w:rsidP="00C43052">
      <w:pPr>
        <w:pStyle w:val="ListParagraph"/>
        <w:spacing w:after="0"/>
        <w:ind w:left="1224"/>
      </w:pPr>
    </w:p>
    <w:p w14:paraId="09F03755" w14:textId="7F82612A" w:rsidR="0040548D" w:rsidRPr="00C43052" w:rsidRDefault="00845C1C" w:rsidP="004D404E">
      <w:pPr>
        <w:pStyle w:val="ListParagraph"/>
        <w:numPr>
          <w:ilvl w:val="1"/>
          <w:numId w:val="11"/>
        </w:numPr>
        <w:spacing w:after="0"/>
        <w:rPr>
          <w:bCs/>
        </w:rPr>
      </w:pPr>
      <w:r w:rsidRPr="00C43052">
        <w:rPr>
          <w:bCs/>
        </w:rPr>
        <w:t xml:space="preserve">The </w:t>
      </w:r>
      <w:proofErr w:type="spellStart"/>
      <w:r w:rsidRPr="00C43052">
        <w:rPr>
          <w:bCs/>
        </w:rPr>
        <w:t>Organiser</w:t>
      </w:r>
      <w:proofErr w:type="spellEnd"/>
      <w:r w:rsidRPr="00C43052">
        <w:rPr>
          <w:bCs/>
        </w:rPr>
        <w:t xml:space="preserve"> may use an alternative format and amend the number of questions, qualifiers, participants advancing to any stage, scoring methodology, format, location, sequence, timing or other competition mechanics where reasonably required for operational, technical, safety, fairness, integrity or other </w:t>
      </w:r>
      <w:proofErr w:type="spellStart"/>
      <w:r w:rsidRPr="00C43052">
        <w:rPr>
          <w:bCs/>
        </w:rPr>
        <w:t>organisational</w:t>
      </w:r>
      <w:proofErr w:type="spellEnd"/>
      <w:r w:rsidRPr="00C43052">
        <w:rPr>
          <w:bCs/>
        </w:rPr>
        <w:t xml:space="preserve"> reasons, including the use of a reduced format in which eleven (11) eligible Participants qualify for Round Two and five (5) Participants qualify for the Daily Final</w:t>
      </w:r>
      <w:r w:rsidR="00543922" w:rsidRPr="00C43052">
        <w:rPr>
          <w:bCs/>
        </w:rPr>
        <w:t>.</w:t>
      </w:r>
    </w:p>
    <w:p w14:paraId="3EA41F19" w14:textId="77777777" w:rsidR="004D404E" w:rsidRDefault="004D404E" w:rsidP="00C43052">
      <w:pPr>
        <w:spacing w:after="0"/>
      </w:pPr>
    </w:p>
    <w:p w14:paraId="5F875FF7" w14:textId="47D68DEE" w:rsidR="0040548D" w:rsidRPr="00C43052" w:rsidRDefault="00543922" w:rsidP="004D404E">
      <w:pPr>
        <w:pStyle w:val="ListParagraph"/>
        <w:numPr>
          <w:ilvl w:val="0"/>
          <w:numId w:val="11"/>
        </w:numPr>
      </w:pPr>
      <w:r w:rsidRPr="00C43052">
        <w:rPr>
          <w:b/>
          <w:bCs/>
          <w:color w:val="C00000"/>
          <w:sz w:val="22"/>
        </w:rPr>
        <w:t>TIEBREAKERS, ATTENDANCE AND REPLACEMENTS</w:t>
      </w:r>
    </w:p>
    <w:p w14:paraId="1AFA892C" w14:textId="77777777" w:rsidR="004D404E" w:rsidRDefault="004D404E" w:rsidP="00C43052">
      <w:pPr>
        <w:pStyle w:val="ListParagraph"/>
        <w:ind w:left="360"/>
      </w:pPr>
    </w:p>
    <w:p w14:paraId="67796763" w14:textId="0D0FBF1A" w:rsidR="0040548D" w:rsidRDefault="00543922" w:rsidP="00C43052">
      <w:pPr>
        <w:pStyle w:val="ListParagraph"/>
        <w:numPr>
          <w:ilvl w:val="1"/>
          <w:numId w:val="11"/>
        </w:numPr>
        <w:spacing w:after="0"/>
        <w:jc w:val="both"/>
      </w:pPr>
      <w:r>
        <w:t xml:space="preserve">Trivia ties may be resolved by faster response or completion time, additional questions or another fair method determined by the </w:t>
      </w:r>
      <w:proofErr w:type="spellStart"/>
      <w:r>
        <w:t>Organiser</w:t>
      </w:r>
      <w:proofErr w:type="spellEnd"/>
      <w:r>
        <w:t>.</w:t>
      </w:r>
    </w:p>
    <w:p w14:paraId="57441D2D" w14:textId="49FEF4B5" w:rsidR="004D404E" w:rsidRDefault="004D404E" w:rsidP="00C43052">
      <w:pPr>
        <w:pStyle w:val="ListParagraph"/>
        <w:spacing w:after="0"/>
        <w:ind w:left="792"/>
        <w:jc w:val="both"/>
      </w:pPr>
    </w:p>
    <w:p w14:paraId="4A62CD8F" w14:textId="54FE9AF8" w:rsidR="0040548D" w:rsidRDefault="00543922" w:rsidP="00C43052">
      <w:pPr>
        <w:pStyle w:val="ListParagraph"/>
        <w:numPr>
          <w:ilvl w:val="1"/>
          <w:numId w:val="11"/>
        </w:numPr>
        <w:spacing w:after="0"/>
        <w:jc w:val="both"/>
      </w:pPr>
      <w:r>
        <w:t>Qualified Participants must report to the designated location and check in by the time communicated. Participants may be asked to arrive up to fifteen (15) minutes before a live stage.</w:t>
      </w:r>
    </w:p>
    <w:p w14:paraId="7B67F15F" w14:textId="77777777" w:rsidR="004D404E" w:rsidRDefault="004D404E" w:rsidP="00C43052">
      <w:pPr>
        <w:pStyle w:val="ListParagraph"/>
        <w:spacing w:after="0"/>
        <w:ind w:left="792"/>
        <w:jc w:val="both"/>
      </w:pPr>
    </w:p>
    <w:p w14:paraId="4B74B0E7" w14:textId="7B1E1878" w:rsidR="0040548D" w:rsidRDefault="00543922" w:rsidP="00C43052">
      <w:pPr>
        <w:pStyle w:val="ListParagraph"/>
        <w:numPr>
          <w:ilvl w:val="1"/>
          <w:numId w:val="11"/>
        </w:numPr>
        <w:spacing w:after="0"/>
        <w:jc w:val="both"/>
      </w:pPr>
      <w:r>
        <w:t>An absent, late, unreachable</w:t>
      </w:r>
      <w:r w:rsidR="000A531D">
        <w:t>, disqualified</w:t>
      </w:r>
      <w:r>
        <w:t xml:space="preserve"> or ineligible </w:t>
      </w:r>
      <w:r w:rsidR="000A531D">
        <w:t>Participant</w:t>
      </w:r>
      <w:r>
        <w:t xml:space="preserve"> may be replaced by the next highest-ranked eligible Participant</w:t>
      </w:r>
      <w:r w:rsidR="000A531D">
        <w:t xml:space="preserve"> or by another eligible Participant selected by the </w:t>
      </w:r>
      <w:proofErr w:type="spellStart"/>
      <w:r w:rsidR="000A531D">
        <w:t>Organiser</w:t>
      </w:r>
      <w:proofErr w:type="spellEnd"/>
      <w:r w:rsidR="000A531D">
        <w:t xml:space="preserve"> in accordance with the Competition format.</w:t>
      </w:r>
    </w:p>
    <w:p w14:paraId="77714EC6" w14:textId="77777777" w:rsidR="004D404E" w:rsidRDefault="004D404E" w:rsidP="00C43052">
      <w:pPr>
        <w:pStyle w:val="ListParagraph"/>
        <w:spacing w:after="0"/>
        <w:ind w:left="792"/>
        <w:jc w:val="both"/>
      </w:pPr>
    </w:p>
    <w:p w14:paraId="56B37278" w14:textId="46505E91" w:rsidR="0040548D" w:rsidRDefault="00543922" w:rsidP="00C43052">
      <w:pPr>
        <w:pStyle w:val="ListParagraph"/>
        <w:numPr>
          <w:ilvl w:val="1"/>
          <w:numId w:val="11"/>
        </w:numPr>
        <w:spacing w:after="0"/>
        <w:jc w:val="both"/>
      </w:pPr>
      <w:r>
        <w:t xml:space="preserve">The </w:t>
      </w:r>
      <w:proofErr w:type="spellStart"/>
      <w:r>
        <w:t>Organiser</w:t>
      </w:r>
      <w:proofErr w:type="spellEnd"/>
      <w:r>
        <w:t xml:space="preserve"> is not responsible for a missed stage </w:t>
      </w:r>
      <w:r w:rsidR="000A531D">
        <w:t>resulting from</w:t>
      </w:r>
      <w:r>
        <w:t xml:space="preserve"> an unheard announcement, delayed</w:t>
      </w:r>
      <w:r w:rsidR="000A531D">
        <w:t xml:space="preserve"> or undelivered communication</w:t>
      </w:r>
      <w:r>
        <w:t xml:space="preserve">, incorrect contact details, personal delay, queueing, device </w:t>
      </w:r>
      <w:r w:rsidR="000A531D">
        <w:t xml:space="preserve">failure </w:t>
      </w:r>
      <w:r>
        <w:t>or misunderstanding of timings.</w:t>
      </w:r>
    </w:p>
    <w:p w14:paraId="5F9C7D3D" w14:textId="77777777" w:rsidR="004D404E" w:rsidRDefault="004D404E" w:rsidP="00C43052">
      <w:pPr>
        <w:pStyle w:val="ListParagraph"/>
        <w:spacing w:after="0"/>
        <w:ind w:left="792"/>
      </w:pPr>
    </w:p>
    <w:p w14:paraId="3D3B5CA8" w14:textId="1448B619" w:rsidR="0040548D" w:rsidRDefault="00543922" w:rsidP="005A196C">
      <w:pPr>
        <w:pStyle w:val="ListParagraph"/>
        <w:keepNext/>
        <w:keepLines/>
        <w:numPr>
          <w:ilvl w:val="0"/>
          <w:numId w:val="11"/>
        </w:numPr>
        <w:rPr>
          <w:b/>
          <w:bCs/>
          <w:color w:val="C00000"/>
          <w:sz w:val="22"/>
        </w:rPr>
      </w:pPr>
      <w:r w:rsidRPr="00C43052">
        <w:rPr>
          <w:b/>
          <w:bCs/>
          <w:color w:val="C00000"/>
          <w:sz w:val="22"/>
        </w:rPr>
        <w:lastRenderedPageBreak/>
        <w:t>WINNER PROGRESSION</w:t>
      </w:r>
    </w:p>
    <w:p w14:paraId="1D3D8585" w14:textId="77777777" w:rsidR="004D404E" w:rsidRPr="00C43052" w:rsidRDefault="004D404E" w:rsidP="005A196C">
      <w:pPr>
        <w:pStyle w:val="ListParagraph"/>
        <w:keepNext/>
        <w:keepLines/>
        <w:ind w:left="360"/>
        <w:rPr>
          <w:sz w:val="22"/>
        </w:rPr>
      </w:pPr>
    </w:p>
    <w:p w14:paraId="295E6490" w14:textId="46E40AF7" w:rsidR="0040548D" w:rsidRDefault="00543922" w:rsidP="005A196C">
      <w:pPr>
        <w:pStyle w:val="ListParagraph"/>
        <w:keepNext/>
        <w:keepLines/>
        <w:numPr>
          <w:ilvl w:val="1"/>
          <w:numId w:val="11"/>
        </w:numPr>
        <w:spacing w:after="0"/>
      </w:pPr>
      <w:r>
        <w:t xml:space="preserve">Each </w:t>
      </w:r>
      <w:proofErr w:type="gramStart"/>
      <w:r w:rsidR="000B7DD5">
        <w:t>Competition day</w:t>
      </w:r>
      <w:proofErr w:type="gramEnd"/>
      <w:r>
        <w:t xml:space="preserve"> is intended to produce one </w:t>
      </w:r>
      <w:r w:rsidR="0045409C">
        <w:t xml:space="preserve">(1) </w:t>
      </w:r>
      <w:r>
        <w:t>Daily Winner.</w:t>
      </w:r>
    </w:p>
    <w:p w14:paraId="612435D6" w14:textId="77777777" w:rsidR="004D404E" w:rsidRDefault="004D404E" w:rsidP="005A196C">
      <w:pPr>
        <w:pStyle w:val="ListParagraph"/>
        <w:keepNext/>
        <w:keepLines/>
        <w:spacing w:after="0"/>
        <w:ind w:left="792"/>
      </w:pPr>
    </w:p>
    <w:p w14:paraId="25449F63" w14:textId="0ED95BC6" w:rsidR="0040548D" w:rsidRDefault="00543922" w:rsidP="005A196C">
      <w:pPr>
        <w:pStyle w:val="ListParagraph"/>
        <w:keepNext/>
        <w:keepLines/>
        <w:numPr>
          <w:ilvl w:val="1"/>
          <w:numId w:val="11"/>
        </w:numPr>
        <w:spacing w:after="0"/>
        <w:jc w:val="both"/>
      </w:pPr>
      <w:r>
        <w:t xml:space="preserve">Each eligible Daily Winner qualifies for the relevant Monthly Final and may bring one </w:t>
      </w:r>
      <w:r w:rsidR="0045409C">
        <w:t xml:space="preserve">Companion </w:t>
      </w:r>
      <w:r>
        <w:t>to the</w:t>
      </w:r>
      <w:r w:rsidR="0045409C">
        <w:t> </w:t>
      </w:r>
      <w:r>
        <w:t>Monthly</w:t>
      </w:r>
      <w:r w:rsidR="0045409C">
        <w:t> </w:t>
      </w:r>
      <w:r>
        <w:t>Final, subject to capacity, admission</w:t>
      </w:r>
      <w:r w:rsidR="0045409C">
        <w:t xml:space="preserve"> requirements</w:t>
      </w:r>
      <w:r>
        <w:t>, supervision</w:t>
      </w:r>
      <w:r w:rsidR="0045409C">
        <w:t xml:space="preserve"> requirements</w:t>
      </w:r>
      <w:r>
        <w:t xml:space="preserve"> and Venue rules. The </w:t>
      </w:r>
      <w:r w:rsidR="00D215D6">
        <w:t xml:space="preserve">Companion </w:t>
      </w:r>
      <w:r>
        <w:t>does not acquire a right to compete.</w:t>
      </w:r>
    </w:p>
    <w:p w14:paraId="710B9319" w14:textId="77777777" w:rsidR="004D404E" w:rsidRDefault="004D404E" w:rsidP="005A196C">
      <w:pPr>
        <w:pStyle w:val="ListParagraph"/>
        <w:keepNext/>
        <w:keepLines/>
        <w:spacing w:after="0"/>
        <w:ind w:left="792"/>
        <w:jc w:val="both"/>
      </w:pPr>
    </w:p>
    <w:p w14:paraId="54A35FD9" w14:textId="43A27B71" w:rsidR="0040548D" w:rsidRDefault="00543922" w:rsidP="005A196C">
      <w:pPr>
        <w:pStyle w:val="ListParagraph"/>
        <w:keepNext/>
        <w:keepLines/>
        <w:numPr>
          <w:ilvl w:val="1"/>
          <w:numId w:val="11"/>
        </w:numPr>
        <w:spacing w:after="0"/>
        <w:jc w:val="both"/>
      </w:pPr>
      <w:r>
        <w:t>Each Monthly Final is intended to produce one Monthly Winner, who qualifies for the Season Final.</w:t>
      </w:r>
    </w:p>
    <w:p w14:paraId="5508C906" w14:textId="77777777" w:rsidR="004D404E" w:rsidRDefault="004D404E" w:rsidP="005A196C">
      <w:pPr>
        <w:keepNext/>
        <w:keepLines/>
        <w:spacing w:after="0"/>
        <w:jc w:val="both"/>
      </w:pPr>
    </w:p>
    <w:p w14:paraId="1AA0DB3B" w14:textId="4B6686F3" w:rsidR="0040548D" w:rsidRDefault="00543922" w:rsidP="005A196C">
      <w:pPr>
        <w:pStyle w:val="ListParagraph"/>
        <w:keepNext/>
        <w:keepLines/>
        <w:numPr>
          <w:ilvl w:val="1"/>
          <w:numId w:val="11"/>
        </w:numPr>
        <w:spacing w:after="0"/>
        <w:jc w:val="both"/>
      </w:pPr>
      <w:r>
        <w:t>Each Monthly Winner must remain eligible and attend the Season Final at the designated date, place and time.</w:t>
      </w:r>
    </w:p>
    <w:p w14:paraId="4091B29F" w14:textId="77777777" w:rsidR="00D215D6" w:rsidRDefault="00D215D6" w:rsidP="005A196C">
      <w:pPr>
        <w:pStyle w:val="ListParagraph"/>
        <w:keepNext/>
        <w:keepLines/>
        <w:jc w:val="both"/>
      </w:pPr>
    </w:p>
    <w:p w14:paraId="7031C64F" w14:textId="23D43B7C" w:rsidR="00D215D6" w:rsidRDefault="00845C1C" w:rsidP="005A196C">
      <w:pPr>
        <w:pStyle w:val="ListParagraph"/>
        <w:keepNext/>
        <w:keepLines/>
        <w:numPr>
          <w:ilvl w:val="1"/>
          <w:numId w:val="11"/>
        </w:numPr>
        <w:spacing w:after="0"/>
        <w:jc w:val="both"/>
      </w:pPr>
      <w:r w:rsidRPr="00845C1C">
        <w:t xml:space="preserve">Participants who qualify for a subsequent stage of the Competition must remain eligible and attend that stage at the date, time and location designated by the </w:t>
      </w:r>
      <w:proofErr w:type="spellStart"/>
      <w:r w:rsidRPr="00845C1C">
        <w:t>Organiser</w:t>
      </w:r>
      <w:proofErr w:type="spellEnd"/>
      <w:r w:rsidRPr="00845C1C">
        <w:t>.</w:t>
      </w:r>
      <w:r>
        <w:t xml:space="preserve"> </w:t>
      </w:r>
      <w:r w:rsidR="00D215D6">
        <w:t>I</w:t>
      </w:r>
      <w:r w:rsidR="00D215D6" w:rsidRPr="00D215D6">
        <w:t xml:space="preserve">f </w:t>
      </w:r>
      <w:r>
        <w:t>such Participant is absent, unavailable</w:t>
      </w:r>
      <w:r w:rsidR="00D215D6" w:rsidRPr="00D215D6">
        <w:t>, unwilling</w:t>
      </w:r>
      <w:r>
        <w:t>, disqualified</w:t>
      </w:r>
      <w:r w:rsidR="00D215D6" w:rsidRPr="00D215D6">
        <w:t xml:space="preserve"> or </w:t>
      </w:r>
      <w:r>
        <w:t xml:space="preserve">otherwise </w:t>
      </w:r>
      <w:r w:rsidR="00D215D6" w:rsidRPr="00D215D6">
        <w:t xml:space="preserve">ineligible to participate in the next stage of the Competition, the </w:t>
      </w:r>
      <w:proofErr w:type="spellStart"/>
      <w:r w:rsidR="00D215D6" w:rsidRPr="00D215D6">
        <w:t>Organiser</w:t>
      </w:r>
      <w:proofErr w:type="spellEnd"/>
      <w:r w:rsidR="00D215D6" w:rsidRPr="00D215D6">
        <w:t xml:space="preserve"> may disqualify such Participant and select an alternate eligible Participant in accordance with the Competition format.</w:t>
      </w:r>
    </w:p>
    <w:p w14:paraId="360E679D" w14:textId="77777777" w:rsidR="004D404E" w:rsidRDefault="004D404E" w:rsidP="005A196C">
      <w:pPr>
        <w:keepNext/>
        <w:keepLines/>
        <w:spacing w:after="0"/>
        <w:jc w:val="both"/>
      </w:pPr>
    </w:p>
    <w:p w14:paraId="28072048" w14:textId="3753FD82" w:rsidR="0040548D" w:rsidRDefault="00543922" w:rsidP="005A196C">
      <w:pPr>
        <w:pStyle w:val="ListParagraph"/>
        <w:keepNext/>
        <w:keepLines/>
        <w:numPr>
          <w:ilvl w:val="1"/>
          <w:numId w:val="11"/>
        </w:numPr>
        <w:spacing w:after="0"/>
        <w:jc w:val="both"/>
      </w:pPr>
      <w:r>
        <w:t xml:space="preserve">No wildcard, raffle or alternative route into the Season Final applies unless formally announced by the </w:t>
      </w:r>
      <w:proofErr w:type="spellStart"/>
      <w:r>
        <w:t>Organiser</w:t>
      </w:r>
      <w:proofErr w:type="spellEnd"/>
      <w:r>
        <w:t xml:space="preserve"> through amended official rules.</w:t>
      </w:r>
    </w:p>
    <w:p w14:paraId="5EEF3242" w14:textId="77777777" w:rsidR="000B7DD5" w:rsidRDefault="000B7DD5" w:rsidP="00C43052">
      <w:pPr>
        <w:pStyle w:val="ListParagraph"/>
      </w:pPr>
    </w:p>
    <w:p w14:paraId="258A6646" w14:textId="77777777" w:rsidR="000B7DD5" w:rsidRDefault="000B7DD5" w:rsidP="000B7DD5">
      <w:pPr>
        <w:pStyle w:val="ListParagraph"/>
        <w:numPr>
          <w:ilvl w:val="0"/>
          <w:numId w:val="11"/>
        </w:numPr>
        <w:rPr>
          <w:b/>
          <w:bCs/>
          <w:color w:val="C00000"/>
          <w:sz w:val="22"/>
        </w:rPr>
      </w:pPr>
      <w:r w:rsidRPr="008C5AF0">
        <w:rPr>
          <w:b/>
          <w:bCs/>
          <w:color w:val="C00000"/>
          <w:sz w:val="22"/>
        </w:rPr>
        <w:t>SEASON</w:t>
      </w:r>
      <w:r>
        <w:t xml:space="preserve"> </w:t>
      </w:r>
      <w:r w:rsidRPr="008C5AF0">
        <w:rPr>
          <w:b/>
          <w:bCs/>
          <w:color w:val="C00000"/>
          <w:sz w:val="22"/>
        </w:rPr>
        <w:t>FINAL AND SELECTION</w:t>
      </w:r>
    </w:p>
    <w:p w14:paraId="49823F94" w14:textId="77777777" w:rsidR="000B7DD5" w:rsidRPr="008C5AF0" w:rsidRDefault="000B7DD5" w:rsidP="000B7DD5">
      <w:pPr>
        <w:pStyle w:val="ListParagraph"/>
        <w:ind w:left="360"/>
        <w:rPr>
          <w:b/>
          <w:bCs/>
          <w:color w:val="C00000"/>
          <w:sz w:val="22"/>
        </w:rPr>
      </w:pPr>
    </w:p>
    <w:p w14:paraId="5DC487F4" w14:textId="1460EDC2" w:rsidR="000B7DD5" w:rsidRDefault="000B7DD5" w:rsidP="00C43052">
      <w:pPr>
        <w:pStyle w:val="ListParagraph"/>
        <w:numPr>
          <w:ilvl w:val="1"/>
          <w:numId w:val="11"/>
        </w:numPr>
        <w:spacing w:after="0"/>
        <w:jc w:val="both"/>
      </w:pPr>
      <w:r>
        <w:t xml:space="preserve">The Season Winner will be selected from eligible Monthly Winners through a format determined by the </w:t>
      </w:r>
      <w:proofErr w:type="spellStart"/>
      <w:r>
        <w:t>Organiser</w:t>
      </w:r>
      <w:proofErr w:type="spellEnd"/>
      <w:r>
        <w:t xml:space="preserve">, potentially </w:t>
      </w:r>
      <w:r w:rsidR="00C43052">
        <w:t>including</w:t>
      </w:r>
      <w:r>
        <w:t xml:space="preserve"> trivia.</w:t>
      </w:r>
      <w:r w:rsidR="00845C1C">
        <w:t xml:space="preserve"> </w:t>
      </w:r>
      <w:r>
        <w:t xml:space="preserve">The </w:t>
      </w:r>
      <w:proofErr w:type="spellStart"/>
      <w:r>
        <w:t>Organiser</w:t>
      </w:r>
      <w:proofErr w:type="spellEnd"/>
      <w:r>
        <w:t xml:space="preserve"> determines the challenges, sequence, scoring, weighting, officials, technical systems and tie-break method.</w:t>
      </w:r>
    </w:p>
    <w:p w14:paraId="57A0946D" w14:textId="77777777" w:rsidR="000B7DD5" w:rsidRDefault="000B7DD5" w:rsidP="00C43052">
      <w:pPr>
        <w:spacing w:after="0"/>
        <w:jc w:val="both"/>
      </w:pPr>
    </w:p>
    <w:p w14:paraId="64E5CCD0" w14:textId="6986139C" w:rsidR="000B7DD5" w:rsidRDefault="000B7DD5" w:rsidP="00C43052">
      <w:pPr>
        <w:pStyle w:val="ListParagraph"/>
        <w:numPr>
          <w:ilvl w:val="1"/>
          <w:numId w:val="11"/>
        </w:numPr>
        <w:spacing w:after="0"/>
        <w:jc w:val="both"/>
      </w:pPr>
      <w:r>
        <w:t xml:space="preserve">Scores, evaluations, rankings and decisions </w:t>
      </w:r>
      <w:r w:rsidR="00845C1C">
        <w:t xml:space="preserve">of the </w:t>
      </w:r>
      <w:proofErr w:type="spellStart"/>
      <w:r w:rsidR="00845C1C">
        <w:t>Organiser</w:t>
      </w:r>
      <w:proofErr w:type="spellEnd"/>
      <w:r w:rsidR="00845C1C">
        <w:t xml:space="preserve"> relating to the Season Final, </w:t>
      </w:r>
      <w:r>
        <w:t>are final and not subject to appeal, to the extent permitted by law.</w:t>
      </w:r>
    </w:p>
    <w:p w14:paraId="1C96F99D" w14:textId="77777777" w:rsidR="004D404E" w:rsidRDefault="004D404E" w:rsidP="00C43052">
      <w:pPr>
        <w:pStyle w:val="ListParagraph"/>
        <w:jc w:val="both"/>
      </w:pPr>
    </w:p>
    <w:p w14:paraId="64F308F0" w14:textId="77777777" w:rsidR="00874D08" w:rsidRPr="008C5AF0" w:rsidRDefault="00874D08" w:rsidP="00874D08">
      <w:pPr>
        <w:pStyle w:val="ListParagraph"/>
        <w:numPr>
          <w:ilvl w:val="0"/>
          <w:numId w:val="11"/>
        </w:numPr>
      </w:pPr>
      <w:r w:rsidRPr="008C5AF0">
        <w:rPr>
          <w:b/>
          <w:bCs/>
          <w:color w:val="C00000"/>
          <w:sz w:val="22"/>
        </w:rPr>
        <w:t>PRIZES</w:t>
      </w:r>
    </w:p>
    <w:p w14:paraId="5AAAC3D1" w14:textId="77777777" w:rsidR="00874D08" w:rsidRDefault="00874D08" w:rsidP="00874D08">
      <w:pPr>
        <w:pStyle w:val="ListParagraph"/>
        <w:ind w:left="360"/>
      </w:pPr>
    </w:p>
    <w:p w14:paraId="64270097" w14:textId="77777777" w:rsidR="00874D08" w:rsidRDefault="00874D08" w:rsidP="00874D08">
      <w:pPr>
        <w:pStyle w:val="ListParagraph"/>
        <w:numPr>
          <w:ilvl w:val="1"/>
          <w:numId w:val="11"/>
        </w:numPr>
        <w:spacing w:after="0"/>
      </w:pPr>
      <w:r w:rsidRPr="00C43052">
        <w:rPr>
          <w:b/>
          <w:bCs/>
        </w:rPr>
        <w:t>Standard prize schedule</w:t>
      </w:r>
      <w:r>
        <w:t xml:space="preserve">. Unless the </w:t>
      </w:r>
      <w:proofErr w:type="spellStart"/>
      <w:r>
        <w:t>Organiser</w:t>
      </w:r>
      <w:proofErr w:type="spellEnd"/>
      <w:r>
        <w:t xml:space="preserve"> publishes a replacement schedule before launch, the intended prize ladder is:</w:t>
      </w:r>
    </w:p>
    <w:p w14:paraId="474E8EA0" w14:textId="486D33ED" w:rsidR="00874D08" w:rsidRDefault="00874D08" w:rsidP="00874D08">
      <w:pPr>
        <w:pStyle w:val="ListParagraph"/>
        <w:numPr>
          <w:ilvl w:val="2"/>
          <w:numId w:val="11"/>
        </w:numPr>
        <w:spacing w:after="0"/>
      </w:pPr>
      <w:r w:rsidRPr="00C43052">
        <w:rPr>
          <w:b/>
          <w:bCs/>
        </w:rPr>
        <w:t>Round Two qualifiers</w:t>
      </w:r>
      <w:r>
        <w:t xml:space="preserve">: a </w:t>
      </w:r>
      <w:r w:rsidR="00DB63CD">
        <w:t xml:space="preserve">20% discount on </w:t>
      </w:r>
      <w:r>
        <w:t xml:space="preserve">Real Madrid </w:t>
      </w:r>
      <w:r w:rsidR="00DB63CD">
        <w:t>store</w:t>
      </w:r>
      <w:r w:rsidR="008F4AB1">
        <w:t>s at DPR</w:t>
      </w:r>
      <w:r w:rsidR="00DB63CD">
        <w:t xml:space="preserve"> </w:t>
      </w:r>
      <w:r>
        <w:t xml:space="preserve">for every eligible </w:t>
      </w:r>
      <w:r w:rsidR="00D215D6">
        <w:t>Participant who qualified for Round 2.</w:t>
      </w:r>
    </w:p>
    <w:p w14:paraId="2BC26DF0" w14:textId="38BEFBAF" w:rsidR="00874D08" w:rsidRDefault="00874D08" w:rsidP="00874D08">
      <w:pPr>
        <w:pStyle w:val="ListParagraph"/>
        <w:numPr>
          <w:ilvl w:val="2"/>
          <w:numId w:val="11"/>
        </w:numPr>
        <w:spacing w:after="0"/>
      </w:pPr>
      <w:r w:rsidRPr="00C43052">
        <w:rPr>
          <w:b/>
          <w:bCs/>
        </w:rPr>
        <w:t>Daily Finalists</w:t>
      </w:r>
      <w:r>
        <w:t xml:space="preserve">: a </w:t>
      </w:r>
      <w:proofErr w:type="gramStart"/>
      <w:r w:rsidR="00DB63CD">
        <w:t>50</w:t>
      </w:r>
      <w:r w:rsidR="008F4AB1">
        <w:t xml:space="preserve"> </w:t>
      </w:r>
      <w:proofErr w:type="spellStart"/>
      <w:r w:rsidR="00DB63CD">
        <w:t>aed</w:t>
      </w:r>
      <w:proofErr w:type="spellEnd"/>
      <w:proofErr w:type="gramEnd"/>
      <w:r w:rsidR="00DB63CD">
        <w:t xml:space="preserve"> </w:t>
      </w:r>
      <w:r w:rsidR="008F4AB1">
        <w:t xml:space="preserve">retail voucher for </w:t>
      </w:r>
      <w:r>
        <w:t xml:space="preserve">Real Madrid </w:t>
      </w:r>
      <w:r w:rsidR="008F4AB1">
        <w:t>stores at DPR</w:t>
      </w:r>
      <w:r>
        <w:t>, subject to availability, redemption instructions and exclusions.</w:t>
      </w:r>
    </w:p>
    <w:p w14:paraId="5D00538C" w14:textId="7D2EC263" w:rsidR="00874D08" w:rsidRDefault="00874D08" w:rsidP="00874D08">
      <w:pPr>
        <w:pStyle w:val="ListParagraph"/>
        <w:numPr>
          <w:ilvl w:val="2"/>
          <w:numId w:val="11"/>
        </w:numPr>
        <w:spacing w:after="0"/>
      </w:pPr>
      <w:r w:rsidRPr="00C43052">
        <w:rPr>
          <w:b/>
          <w:bCs/>
        </w:rPr>
        <w:t>Daily Winner</w:t>
      </w:r>
      <w:r>
        <w:t xml:space="preserve">: one (1) </w:t>
      </w:r>
      <w:r w:rsidR="008F4AB1">
        <w:t xml:space="preserve">150 </w:t>
      </w:r>
      <w:proofErr w:type="spellStart"/>
      <w:r w:rsidR="008F4AB1">
        <w:t>aed</w:t>
      </w:r>
      <w:proofErr w:type="spellEnd"/>
      <w:r w:rsidR="008F4AB1">
        <w:t xml:space="preserve"> retail voucher for Real Madrid stores at DPR, subject to availability, redemption instructions and exclusions</w:t>
      </w:r>
      <w:r>
        <w:t>.</w:t>
      </w:r>
    </w:p>
    <w:p w14:paraId="70920703" w14:textId="079F124F" w:rsidR="00874D08" w:rsidRDefault="00874D08" w:rsidP="00874D08">
      <w:pPr>
        <w:pStyle w:val="ListParagraph"/>
        <w:numPr>
          <w:ilvl w:val="2"/>
          <w:numId w:val="11"/>
        </w:numPr>
        <w:spacing w:after="0"/>
      </w:pPr>
      <w:r w:rsidRPr="00C43052">
        <w:rPr>
          <w:b/>
          <w:bCs/>
        </w:rPr>
        <w:t>Monthly Winner</w:t>
      </w:r>
      <w:r>
        <w:t xml:space="preserve">: one (1) framed signed Real Madrid player jersey, dinner for four at </w:t>
      </w:r>
      <w:r w:rsidR="000B7DD5">
        <w:t xml:space="preserve">the location selected by the </w:t>
      </w:r>
      <w:proofErr w:type="spellStart"/>
      <w:r w:rsidR="000B7DD5">
        <w:t>Organiser</w:t>
      </w:r>
      <w:proofErr w:type="spellEnd"/>
      <w:r w:rsidR="000B7DD5">
        <w:t xml:space="preserve"> </w:t>
      </w:r>
      <w:r>
        <w:t>and qualification to the Season Final, subject to availability, redemption instructions and exclusions.</w:t>
      </w:r>
    </w:p>
    <w:p w14:paraId="2D23E02C" w14:textId="1CF0E4A8" w:rsidR="00874D08" w:rsidRDefault="00874D08" w:rsidP="00874D08">
      <w:pPr>
        <w:pStyle w:val="ListParagraph"/>
        <w:numPr>
          <w:ilvl w:val="2"/>
          <w:numId w:val="11"/>
        </w:numPr>
        <w:spacing w:after="0"/>
      </w:pPr>
      <w:r w:rsidRPr="00C43052">
        <w:rPr>
          <w:b/>
          <w:bCs/>
        </w:rPr>
        <w:t>Season Winner</w:t>
      </w:r>
      <w:r>
        <w:t xml:space="preserve">: the </w:t>
      </w:r>
      <w:r w:rsidR="000B7DD5">
        <w:t>trip</w:t>
      </w:r>
      <w:r>
        <w:t xml:space="preserve"> described in clause 1</w:t>
      </w:r>
      <w:r w:rsidR="000B7DD5">
        <w:t>2</w:t>
      </w:r>
      <w:r>
        <w:t>.2.</w:t>
      </w:r>
    </w:p>
    <w:p w14:paraId="545BC8FB" w14:textId="77777777" w:rsidR="00874D08" w:rsidRDefault="00874D08" w:rsidP="00874D08">
      <w:pPr>
        <w:pStyle w:val="ListParagraph"/>
        <w:spacing w:after="0"/>
        <w:ind w:left="1224"/>
      </w:pPr>
    </w:p>
    <w:p w14:paraId="603A2C95" w14:textId="47E217D3" w:rsidR="00874D08" w:rsidRDefault="00874D08" w:rsidP="00BD1690">
      <w:pPr>
        <w:pStyle w:val="ListParagraph"/>
        <w:numPr>
          <w:ilvl w:val="1"/>
          <w:numId w:val="11"/>
        </w:numPr>
        <w:spacing w:after="0"/>
        <w:jc w:val="both"/>
      </w:pPr>
      <w:r w:rsidRPr="00C43052">
        <w:rPr>
          <w:b/>
          <w:bCs/>
        </w:rPr>
        <w:t>Grand Prize</w:t>
      </w:r>
      <w:r>
        <w:t>. The intended Grand Prize is a premium trip to Madrid for the Season Winner and one companion over the weekend of 9 May 2027, including return travel, hotel accommodation and tickets to El Clásico at the</w:t>
      </w:r>
      <w:r w:rsidR="000B7DD5">
        <w:t> </w:t>
      </w:r>
      <w:r>
        <w:t>Bernabéu</w:t>
      </w:r>
      <w:r w:rsidR="00054629">
        <w:t xml:space="preserve"> Stadium</w:t>
      </w:r>
      <w:r>
        <w:t xml:space="preserve">. </w:t>
      </w:r>
    </w:p>
    <w:p w14:paraId="32CD4372" w14:textId="77777777" w:rsidR="00874D08" w:rsidRDefault="00874D08" w:rsidP="00C43052">
      <w:pPr>
        <w:pStyle w:val="ListParagraph"/>
        <w:spacing w:after="0"/>
        <w:ind w:left="792"/>
        <w:jc w:val="both"/>
      </w:pPr>
    </w:p>
    <w:p w14:paraId="07A134CC" w14:textId="43252108" w:rsidR="00874D08" w:rsidRDefault="00874D08" w:rsidP="00C43052">
      <w:pPr>
        <w:pStyle w:val="ListParagraph"/>
        <w:numPr>
          <w:ilvl w:val="1"/>
          <w:numId w:val="11"/>
        </w:numPr>
        <w:spacing w:after="0"/>
        <w:jc w:val="both"/>
      </w:pPr>
      <w:r>
        <w:t>If a match, stadium</w:t>
      </w:r>
      <w:r w:rsidR="000B7DD5">
        <w:t xml:space="preserve"> visit</w:t>
      </w:r>
      <w:r>
        <w:t xml:space="preserve">, training-ground visit or other advertised element </w:t>
      </w:r>
      <w:r w:rsidR="000B7DD5">
        <w:t xml:space="preserve">of the Grand Prize or any Prize </w:t>
      </w:r>
      <w:r>
        <w:t xml:space="preserve">is unavailable, the </w:t>
      </w:r>
      <w:proofErr w:type="spellStart"/>
      <w:r>
        <w:t>Organiser</w:t>
      </w:r>
      <w:proofErr w:type="spellEnd"/>
      <w:r>
        <w:t xml:space="preserve"> may provide a comparable alternative or substitute of equal or greater value. Match tickets, player meetings and restricted sporting access are not guaranteed unless expressly confirmed in writing.</w:t>
      </w:r>
    </w:p>
    <w:p w14:paraId="187A561E" w14:textId="77777777" w:rsidR="004D404E" w:rsidRDefault="004D404E" w:rsidP="004D404E">
      <w:pPr>
        <w:spacing w:after="0"/>
      </w:pPr>
    </w:p>
    <w:p w14:paraId="78E9A536" w14:textId="5D9CE00F" w:rsidR="007F01D6" w:rsidRDefault="007F01D6" w:rsidP="00C43052">
      <w:pPr>
        <w:spacing w:after="0"/>
      </w:pPr>
    </w:p>
    <w:p w14:paraId="128BC069" w14:textId="664C91DD" w:rsidR="0040548D" w:rsidRDefault="00543922" w:rsidP="007F01D6">
      <w:pPr>
        <w:pStyle w:val="ListParagraph"/>
        <w:numPr>
          <w:ilvl w:val="0"/>
          <w:numId w:val="11"/>
        </w:numPr>
        <w:rPr>
          <w:b/>
          <w:bCs/>
          <w:color w:val="C00000"/>
          <w:sz w:val="22"/>
        </w:rPr>
      </w:pPr>
      <w:r w:rsidRPr="00C43052">
        <w:rPr>
          <w:b/>
          <w:bCs/>
          <w:color w:val="C00000"/>
          <w:sz w:val="22"/>
        </w:rPr>
        <w:t>PRIZE CONDITIONS</w:t>
      </w:r>
    </w:p>
    <w:p w14:paraId="410C65F3" w14:textId="77777777" w:rsidR="007F01D6" w:rsidRPr="00C43052" w:rsidRDefault="007F01D6" w:rsidP="00C43052">
      <w:pPr>
        <w:pStyle w:val="ListParagraph"/>
        <w:ind w:left="360"/>
        <w:rPr>
          <w:sz w:val="22"/>
        </w:rPr>
      </w:pPr>
    </w:p>
    <w:p w14:paraId="16612A01" w14:textId="2284B323" w:rsidR="0040548D" w:rsidRDefault="00543922" w:rsidP="007F01D6">
      <w:pPr>
        <w:pStyle w:val="ListParagraph"/>
        <w:numPr>
          <w:ilvl w:val="1"/>
          <w:numId w:val="11"/>
        </w:numPr>
        <w:spacing w:after="0"/>
      </w:pPr>
      <w:r>
        <w:lastRenderedPageBreak/>
        <w:t xml:space="preserve">Prizes are personal to the verified winner, non-transferable, non-refundable, non-exchangeable and not redeemable for cash, except where the </w:t>
      </w:r>
      <w:proofErr w:type="spellStart"/>
      <w:r>
        <w:t>Organiser</w:t>
      </w:r>
      <w:proofErr w:type="spellEnd"/>
      <w:r>
        <w:t xml:space="preserve"> determines otherwise.</w:t>
      </w:r>
    </w:p>
    <w:p w14:paraId="6FFF1457" w14:textId="77777777" w:rsidR="007F01D6" w:rsidRDefault="007F01D6" w:rsidP="00C43052">
      <w:pPr>
        <w:pStyle w:val="ListParagraph"/>
        <w:spacing w:after="0"/>
        <w:ind w:left="792"/>
      </w:pPr>
    </w:p>
    <w:p w14:paraId="28952222" w14:textId="46CABDBB" w:rsidR="0040548D" w:rsidRDefault="008F4AB1" w:rsidP="007F01D6">
      <w:pPr>
        <w:pStyle w:val="ListParagraph"/>
        <w:numPr>
          <w:ilvl w:val="1"/>
          <w:numId w:val="11"/>
        </w:numPr>
        <w:spacing w:after="0"/>
      </w:pPr>
      <w:r>
        <w:t>M</w:t>
      </w:r>
      <w:r w:rsidR="00543922">
        <w:t xml:space="preserve">eals, vouchers, passes and other same-day or time-limited benefits must be redeemed in accordance with the instructions, deadlines, outlets, inventory and exclusions notified by the </w:t>
      </w:r>
      <w:proofErr w:type="spellStart"/>
      <w:r w:rsidR="00543922">
        <w:t>Organiser</w:t>
      </w:r>
      <w:proofErr w:type="spellEnd"/>
      <w:r w:rsidR="00543922">
        <w:t>.</w:t>
      </w:r>
    </w:p>
    <w:p w14:paraId="508267FB" w14:textId="77777777" w:rsidR="007F01D6" w:rsidRDefault="007F01D6" w:rsidP="00C43052">
      <w:pPr>
        <w:spacing w:after="0"/>
      </w:pPr>
    </w:p>
    <w:p w14:paraId="7C4B4DE9" w14:textId="3E322C8E" w:rsidR="0040548D" w:rsidRDefault="00543922" w:rsidP="007F01D6">
      <w:pPr>
        <w:pStyle w:val="ListParagraph"/>
        <w:numPr>
          <w:ilvl w:val="1"/>
          <w:numId w:val="11"/>
        </w:numPr>
        <w:spacing w:after="0"/>
      </w:pPr>
      <w:r>
        <w:t xml:space="preserve">The </w:t>
      </w:r>
      <w:proofErr w:type="spellStart"/>
      <w:r>
        <w:t>Organiser</w:t>
      </w:r>
      <w:proofErr w:type="spellEnd"/>
      <w:r>
        <w:t xml:space="preserve"> may substitute any prize or element with an alternative of equal or greater value where reasonably required.</w:t>
      </w:r>
    </w:p>
    <w:p w14:paraId="51B97AAF" w14:textId="77777777" w:rsidR="007F01D6" w:rsidRDefault="007F01D6" w:rsidP="00C43052">
      <w:pPr>
        <w:spacing w:after="0"/>
      </w:pPr>
    </w:p>
    <w:p w14:paraId="6FF8E27F" w14:textId="25E40B25" w:rsidR="0040548D" w:rsidRDefault="00543922" w:rsidP="007F01D6">
      <w:pPr>
        <w:pStyle w:val="ListParagraph"/>
        <w:numPr>
          <w:ilvl w:val="1"/>
          <w:numId w:val="11"/>
        </w:numPr>
        <w:spacing w:after="0"/>
      </w:pPr>
      <w:r>
        <w:t>Costs not expressly included, including meals during travel, local transport, insurance, visas, taxes, spending money, upgrades and incidentals, are the responsibility of the winner and companion.</w:t>
      </w:r>
    </w:p>
    <w:p w14:paraId="427E0D49" w14:textId="77777777" w:rsidR="007F01D6" w:rsidRDefault="007F01D6" w:rsidP="00C43052">
      <w:pPr>
        <w:spacing w:after="0"/>
      </w:pPr>
    </w:p>
    <w:p w14:paraId="3A160FE8" w14:textId="388C4FD3" w:rsidR="0040548D" w:rsidRDefault="00543922" w:rsidP="007F01D6">
      <w:pPr>
        <w:pStyle w:val="ListParagraph"/>
        <w:numPr>
          <w:ilvl w:val="1"/>
          <w:numId w:val="11"/>
        </w:numPr>
        <w:spacing w:after="0"/>
      </w:pPr>
      <w:r>
        <w:t>A prize not claimed, accepted or used by the applicable deadline may be forfeited without compensation.</w:t>
      </w:r>
    </w:p>
    <w:p w14:paraId="0978F2E9" w14:textId="77777777" w:rsidR="007F01D6" w:rsidRDefault="007F01D6" w:rsidP="00C43052">
      <w:pPr>
        <w:spacing w:after="0"/>
      </w:pPr>
    </w:p>
    <w:p w14:paraId="7B6D152A" w14:textId="79DF3321" w:rsidR="0040548D" w:rsidRDefault="00543922" w:rsidP="007F01D6">
      <w:pPr>
        <w:pStyle w:val="ListParagraph"/>
        <w:numPr>
          <w:ilvl w:val="0"/>
          <w:numId w:val="11"/>
        </w:numPr>
        <w:rPr>
          <w:b/>
          <w:bCs/>
          <w:color w:val="C00000"/>
          <w:sz w:val="22"/>
        </w:rPr>
      </w:pPr>
      <w:r w:rsidRPr="00C43052">
        <w:rPr>
          <w:b/>
          <w:bCs/>
          <w:color w:val="C00000"/>
          <w:sz w:val="22"/>
        </w:rPr>
        <w:t>TRAVEL</w:t>
      </w:r>
      <w:r>
        <w:t xml:space="preserve"> </w:t>
      </w:r>
      <w:r w:rsidRPr="00C43052">
        <w:rPr>
          <w:b/>
          <w:bCs/>
          <w:color w:val="C00000"/>
          <w:sz w:val="22"/>
        </w:rPr>
        <w:t>CONDITIONS</w:t>
      </w:r>
    </w:p>
    <w:p w14:paraId="718B224C" w14:textId="77777777" w:rsidR="007F01D6" w:rsidRPr="00C43052" w:rsidRDefault="007F01D6" w:rsidP="00C43052">
      <w:pPr>
        <w:pStyle w:val="ListParagraph"/>
        <w:ind w:left="360"/>
        <w:rPr>
          <w:sz w:val="22"/>
        </w:rPr>
      </w:pPr>
    </w:p>
    <w:p w14:paraId="22D1DCF4" w14:textId="02B98542" w:rsidR="0040548D" w:rsidRDefault="00543922" w:rsidP="007F01D6">
      <w:pPr>
        <w:pStyle w:val="ListParagraph"/>
        <w:numPr>
          <w:ilvl w:val="1"/>
          <w:numId w:val="11"/>
        </w:numPr>
        <w:spacing w:after="0"/>
      </w:pPr>
      <w:r>
        <w:t xml:space="preserve">The Season Winner and companion are responsible for valid passports, visas, permits, travel approvals, insurance they choose to obtain </w:t>
      </w:r>
      <w:proofErr w:type="gramStart"/>
      <w:r>
        <w:t>and</w:t>
      </w:r>
      <w:proofErr w:type="gramEnd"/>
      <w:r>
        <w:t xml:space="preserve"> availability on designated dates.</w:t>
      </w:r>
    </w:p>
    <w:p w14:paraId="2FD5D657" w14:textId="77777777" w:rsidR="007F01D6" w:rsidRDefault="007F01D6" w:rsidP="00C43052">
      <w:pPr>
        <w:pStyle w:val="ListParagraph"/>
        <w:spacing w:after="0"/>
        <w:ind w:left="792"/>
      </w:pPr>
    </w:p>
    <w:p w14:paraId="6816374F" w14:textId="0CDC6936" w:rsidR="0040548D" w:rsidRDefault="00543922" w:rsidP="007F01D6">
      <w:pPr>
        <w:pStyle w:val="ListParagraph"/>
        <w:numPr>
          <w:ilvl w:val="1"/>
          <w:numId w:val="11"/>
        </w:numPr>
        <w:spacing w:after="0"/>
      </w:pPr>
      <w:r>
        <w:t xml:space="preserve">If the Season Winner is a </w:t>
      </w:r>
      <w:r w:rsidR="008B545B">
        <w:t>Minor</w:t>
      </w:r>
      <w:r>
        <w:t xml:space="preserve">, the </w:t>
      </w:r>
      <w:r w:rsidR="008B545B">
        <w:t>C</w:t>
      </w:r>
      <w:r>
        <w:t>ompanion may be required to be the winner’s parent or legal guardian, and additional consent and safety conditions may apply.</w:t>
      </w:r>
    </w:p>
    <w:p w14:paraId="4C020646" w14:textId="77777777" w:rsidR="007F01D6" w:rsidRDefault="007F01D6" w:rsidP="00C43052">
      <w:pPr>
        <w:spacing w:after="0"/>
      </w:pPr>
    </w:p>
    <w:p w14:paraId="3754B428" w14:textId="7EBCE167" w:rsidR="0040548D" w:rsidRDefault="00543922" w:rsidP="007F01D6">
      <w:pPr>
        <w:pStyle w:val="ListParagraph"/>
        <w:numPr>
          <w:ilvl w:val="1"/>
          <w:numId w:val="11"/>
        </w:numPr>
        <w:spacing w:after="0"/>
      </w:pPr>
      <w:r>
        <w:t xml:space="preserve">The </w:t>
      </w:r>
      <w:proofErr w:type="spellStart"/>
      <w:r>
        <w:t>Organiser</w:t>
      </w:r>
      <w:proofErr w:type="spellEnd"/>
      <w:r>
        <w:t xml:space="preserve"> determines itinerary, routing, airline, travel class, accommodation, room basis and schedule. Failure to obtain lawful documentation may result in forfeiture.</w:t>
      </w:r>
    </w:p>
    <w:p w14:paraId="1BC2CBF4" w14:textId="77777777" w:rsidR="007F01D6" w:rsidRDefault="007F01D6" w:rsidP="00C43052">
      <w:pPr>
        <w:pStyle w:val="ListParagraph"/>
        <w:spacing w:after="0"/>
        <w:ind w:left="792"/>
      </w:pPr>
    </w:p>
    <w:p w14:paraId="47902FEF" w14:textId="2F2033BD" w:rsidR="0040548D" w:rsidRDefault="00543922" w:rsidP="007F01D6">
      <w:pPr>
        <w:pStyle w:val="ListParagraph"/>
        <w:numPr>
          <w:ilvl w:val="0"/>
          <w:numId w:val="11"/>
        </w:numPr>
        <w:rPr>
          <w:b/>
          <w:bCs/>
          <w:color w:val="C00000"/>
          <w:sz w:val="22"/>
        </w:rPr>
      </w:pPr>
      <w:r w:rsidRPr="00C43052">
        <w:rPr>
          <w:b/>
          <w:bCs/>
          <w:color w:val="C00000"/>
          <w:sz w:val="22"/>
        </w:rPr>
        <w:t>COMMUNICATIONS</w:t>
      </w:r>
      <w:r>
        <w:t xml:space="preserve"> </w:t>
      </w:r>
      <w:r w:rsidRPr="00C43052">
        <w:rPr>
          <w:b/>
          <w:bCs/>
          <w:color w:val="C00000"/>
          <w:sz w:val="22"/>
        </w:rPr>
        <w:t>AND WINNER VERIFICATION</w:t>
      </w:r>
    </w:p>
    <w:p w14:paraId="2FB60647" w14:textId="77777777" w:rsidR="007F01D6" w:rsidRPr="00C43052" w:rsidRDefault="007F01D6" w:rsidP="00C43052">
      <w:pPr>
        <w:pStyle w:val="ListParagraph"/>
        <w:ind w:left="360"/>
        <w:rPr>
          <w:sz w:val="22"/>
        </w:rPr>
      </w:pPr>
    </w:p>
    <w:p w14:paraId="018BAFA8" w14:textId="016DB54D" w:rsidR="00967182" w:rsidRDefault="00967182" w:rsidP="007F01D6">
      <w:pPr>
        <w:pStyle w:val="ListParagraph"/>
        <w:numPr>
          <w:ilvl w:val="1"/>
          <w:numId w:val="11"/>
        </w:numPr>
        <w:spacing w:after="0"/>
      </w:pPr>
      <w:r>
        <w:t xml:space="preserve">The </w:t>
      </w:r>
      <w:proofErr w:type="spellStart"/>
      <w:r>
        <w:t>Organiser</w:t>
      </w:r>
      <w:proofErr w:type="spellEnd"/>
      <w:r>
        <w:t xml:space="preserve"> may communicate entry confirmation, progression, check-in instructions and winner status by email, </w:t>
      </w:r>
      <w:r w:rsidR="009B388B">
        <w:t xml:space="preserve">WhatsApp, </w:t>
      </w:r>
      <w:r>
        <w:t>on-screen notices, Venue announcements or other official channels.</w:t>
      </w:r>
    </w:p>
    <w:p w14:paraId="59A1E938" w14:textId="77777777" w:rsidR="007F01D6" w:rsidRDefault="007F01D6" w:rsidP="00C43052">
      <w:pPr>
        <w:pStyle w:val="ListParagraph"/>
        <w:spacing w:after="0"/>
        <w:ind w:left="792"/>
      </w:pPr>
    </w:p>
    <w:p w14:paraId="0636E134" w14:textId="68D10411" w:rsidR="007F01D6" w:rsidRDefault="00543922" w:rsidP="007F01D6">
      <w:pPr>
        <w:pStyle w:val="ListParagraph"/>
        <w:numPr>
          <w:ilvl w:val="1"/>
          <w:numId w:val="11"/>
        </w:numPr>
        <w:spacing w:after="0"/>
      </w:pPr>
      <w:r>
        <w:t xml:space="preserve">A </w:t>
      </w:r>
      <w:r w:rsidR="008B545B">
        <w:t xml:space="preserve">Participant or </w:t>
      </w:r>
      <w:r>
        <w:t>potential winner may be required to verify identity and eligibility and sign declarations, waivers, publicity releases, parental consents, travel acknowledgements or other reasonable documents.</w:t>
      </w:r>
    </w:p>
    <w:p w14:paraId="0606A00F" w14:textId="77777777" w:rsidR="007F01D6" w:rsidRDefault="007F01D6" w:rsidP="00C43052">
      <w:pPr>
        <w:spacing w:after="0"/>
      </w:pPr>
    </w:p>
    <w:p w14:paraId="7DF99FCB" w14:textId="7268B187" w:rsidR="0040548D" w:rsidRPr="00C43052" w:rsidRDefault="00543922" w:rsidP="00C43052">
      <w:pPr>
        <w:pStyle w:val="ListParagraph"/>
        <w:numPr>
          <w:ilvl w:val="1"/>
          <w:numId w:val="11"/>
        </w:numPr>
        <w:rPr>
          <w:lang w:val="en-AE"/>
        </w:rPr>
      </w:pPr>
      <w:r>
        <w:t xml:space="preserve">If a </w:t>
      </w:r>
      <w:r w:rsidR="00FF5282">
        <w:t>Participant or potential winner</w:t>
      </w:r>
      <w:r>
        <w:t xml:space="preserve"> cannot be contacted, fails verification,</w:t>
      </w:r>
      <w:r w:rsidR="00FF5282" w:rsidRPr="00FF5282">
        <w:rPr>
          <w:rFonts w:ascii="Segoe UI" w:eastAsia="Times New Roman" w:hAnsi="Segoe UI" w:cs="Segoe UI"/>
          <w:sz w:val="21"/>
          <w:szCs w:val="21"/>
          <w:lang w:val="en-AE" w:eastAsia="en-AE"/>
        </w:rPr>
        <w:t xml:space="preserve"> </w:t>
      </w:r>
      <w:r w:rsidR="00FF5282">
        <w:rPr>
          <w:rFonts w:ascii="Segoe UI" w:eastAsia="Times New Roman" w:hAnsi="Segoe UI" w:cs="Segoe UI"/>
          <w:sz w:val="21"/>
          <w:szCs w:val="21"/>
          <w:lang w:val="en-AE" w:eastAsia="en-AE"/>
        </w:rPr>
        <w:t>f</w:t>
      </w:r>
      <w:r w:rsidR="00FF5282" w:rsidRPr="00FF5282">
        <w:rPr>
          <w:lang w:val="en-AE"/>
        </w:rPr>
        <w:t xml:space="preserve">ails to provide required documentation, </w:t>
      </w:r>
      <w:r>
        <w:t xml:space="preserve">misses </w:t>
      </w:r>
      <w:proofErr w:type="gramStart"/>
      <w:r>
        <w:t>a required</w:t>
      </w:r>
      <w:proofErr w:type="gramEnd"/>
      <w:r>
        <w:t xml:space="preserve"> stage or refuses the </w:t>
      </w:r>
      <w:r w:rsidR="00FF5282">
        <w:t>Prize</w:t>
      </w:r>
      <w:r>
        <w:t xml:space="preserve">, </w:t>
      </w:r>
      <w:r w:rsidR="00FF5282">
        <w:t xml:space="preserve">or is otherwise determined to be ineligible, </w:t>
      </w:r>
      <w:r>
        <w:t xml:space="preserve">the </w:t>
      </w:r>
      <w:proofErr w:type="spellStart"/>
      <w:r>
        <w:t>Organiser</w:t>
      </w:r>
      <w:proofErr w:type="spellEnd"/>
      <w:r>
        <w:t xml:space="preserve"> may </w:t>
      </w:r>
      <w:r w:rsidR="00FF5282">
        <w:t xml:space="preserve">disqualify the Participant and </w:t>
      </w:r>
      <w:r>
        <w:t>select an alternate or decline to award the prize.</w:t>
      </w:r>
    </w:p>
    <w:p w14:paraId="0A222AE4" w14:textId="77777777" w:rsidR="007F01D6" w:rsidRDefault="007F01D6" w:rsidP="00C43052">
      <w:pPr>
        <w:spacing w:after="0"/>
      </w:pPr>
    </w:p>
    <w:p w14:paraId="6C743577" w14:textId="356F827A" w:rsidR="0040548D" w:rsidRDefault="00543922" w:rsidP="007F01D6">
      <w:pPr>
        <w:pStyle w:val="ListParagraph"/>
        <w:numPr>
          <w:ilvl w:val="0"/>
          <w:numId w:val="11"/>
        </w:numPr>
        <w:rPr>
          <w:b/>
          <w:bCs/>
          <w:color w:val="C00000"/>
          <w:sz w:val="22"/>
        </w:rPr>
      </w:pPr>
      <w:r w:rsidRPr="00C43052">
        <w:rPr>
          <w:b/>
          <w:bCs/>
          <w:color w:val="C00000"/>
          <w:sz w:val="22"/>
        </w:rPr>
        <w:t>PARTICIPANT CONDUCT AND DISQUALIFICATION</w:t>
      </w:r>
    </w:p>
    <w:p w14:paraId="38B457C5" w14:textId="77777777" w:rsidR="007F01D6" w:rsidRPr="00C43052" w:rsidRDefault="007F01D6" w:rsidP="00C43052">
      <w:pPr>
        <w:pStyle w:val="ListParagraph"/>
        <w:ind w:left="360"/>
        <w:rPr>
          <w:sz w:val="22"/>
        </w:rPr>
      </w:pPr>
    </w:p>
    <w:p w14:paraId="413406D9" w14:textId="58D5EF7F" w:rsidR="0040548D" w:rsidRDefault="00543922" w:rsidP="007F01D6">
      <w:pPr>
        <w:pStyle w:val="ListParagraph"/>
        <w:numPr>
          <w:ilvl w:val="1"/>
          <w:numId w:val="11"/>
        </w:numPr>
        <w:spacing w:after="0"/>
      </w:pPr>
      <w:r>
        <w:t xml:space="preserve">The </w:t>
      </w:r>
      <w:proofErr w:type="spellStart"/>
      <w:r>
        <w:t>Organiser</w:t>
      </w:r>
      <w:proofErr w:type="spellEnd"/>
      <w:r>
        <w:t xml:space="preserve"> may refuse entry, suspend or disqualify anyone who cheats, manipulates systems, provides false information, uses multiple identities, behaves abusively or unsafely, damages equipment, interferes with operations, breaches Venue rules or is otherwise ineligible</w:t>
      </w:r>
      <w:r w:rsidR="00874D08">
        <w:t>.</w:t>
      </w:r>
    </w:p>
    <w:p w14:paraId="04169D9C" w14:textId="77777777" w:rsidR="00874D08" w:rsidRDefault="00874D08" w:rsidP="00C43052">
      <w:pPr>
        <w:pStyle w:val="ListParagraph"/>
        <w:spacing w:after="0"/>
        <w:ind w:left="792"/>
      </w:pPr>
    </w:p>
    <w:p w14:paraId="03F78CFA" w14:textId="37CBBC20" w:rsidR="0040548D" w:rsidRDefault="00543922" w:rsidP="007F01D6">
      <w:pPr>
        <w:pStyle w:val="ListParagraph"/>
        <w:numPr>
          <w:ilvl w:val="1"/>
          <w:numId w:val="11"/>
        </w:numPr>
        <w:spacing w:after="0"/>
      </w:pPr>
      <w:r>
        <w:t>Disqualification may occur before, during or after a</w:t>
      </w:r>
      <w:r w:rsidR="00FF5282">
        <w:t>ny</w:t>
      </w:r>
      <w:r>
        <w:t xml:space="preserve"> stage</w:t>
      </w:r>
      <w:r w:rsidR="00FF5282">
        <w:t xml:space="preserve"> of the Competition</w:t>
      </w:r>
      <w:r>
        <w:t xml:space="preserve">, including after a winner announcement. The </w:t>
      </w:r>
      <w:proofErr w:type="spellStart"/>
      <w:r>
        <w:t>Organiser</w:t>
      </w:r>
      <w:proofErr w:type="spellEnd"/>
      <w:r>
        <w:t xml:space="preserve"> may withdraw status or </w:t>
      </w:r>
      <w:r w:rsidR="00FF5282">
        <w:t xml:space="preserve">Prizes </w:t>
      </w:r>
      <w:r>
        <w:t>and select an alternate</w:t>
      </w:r>
      <w:r w:rsidR="00FF5282">
        <w:t xml:space="preserve"> eligible </w:t>
      </w:r>
      <w:proofErr w:type="spellStart"/>
      <w:r w:rsidR="00FF5282">
        <w:t>Participan</w:t>
      </w:r>
      <w:proofErr w:type="spellEnd"/>
      <w:r w:rsidR="00FF5282">
        <w:t xml:space="preserve"> in accordance with the </w:t>
      </w:r>
      <w:proofErr w:type="spellStart"/>
      <w:r w:rsidR="00FF5282">
        <w:t>Cmpetition</w:t>
      </w:r>
      <w:proofErr w:type="spellEnd"/>
      <w:r w:rsidR="00FF5282">
        <w:t xml:space="preserve"> format</w:t>
      </w:r>
      <w:r>
        <w:t>.</w:t>
      </w:r>
    </w:p>
    <w:p w14:paraId="3CF3B2EF" w14:textId="77777777" w:rsidR="00874D08" w:rsidRDefault="00874D08" w:rsidP="00C43052">
      <w:pPr>
        <w:pStyle w:val="ListParagraph"/>
        <w:spacing w:after="0"/>
        <w:ind w:left="792"/>
      </w:pPr>
    </w:p>
    <w:p w14:paraId="4AE7F3A3" w14:textId="1DFCEA46" w:rsidR="0040548D" w:rsidRDefault="00543922" w:rsidP="005A196C">
      <w:pPr>
        <w:pStyle w:val="ListParagraph"/>
        <w:keepNext/>
        <w:keepLines/>
        <w:numPr>
          <w:ilvl w:val="0"/>
          <w:numId w:val="11"/>
        </w:numPr>
        <w:rPr>
          <w:b/>
          <w:bCs/>
          <w:color w:val="C00000"/>
          <w:sz w:val="22"/>
        </w:rPr>
      </w:pPr>
      <w:r w:rsidRPr="00C43052">
        <w:rPr>
          <w:b/>
          <w:bCs/>
          <w:color w:val="C00000"/>
          <w:sz w:val="22"/>
        </w:rPr>
        <w:lastRenderedPageBreak/>
        <w:t>TECHNICAL AND OPERATIONAL DISRUPTIONS</w:t>
      </w:r>
    </w:p>
    <w:p w14:paraId="19E90BB2" w14:textId="77777777" w:rsidR="0085536E" w:rsidRDefault="0085536E" w:rsidP="0085536E">
      <w:pPr>
        <w:pStyle w:val="ListParagraph"/>
        <w:keepNext/>
        <w:keepLines/>
        <w:ind w:left="360"/>
        <w:rPr>
          <w:b/>
          <w:bCs/>
          <w:color w:val="C00000"/>
          <w:sz w:val="22"/>
        </w:rPr>
      </w:pPr>
    </w:p>
    <w:p w14:paraId="3F7AA37C" w14:textId="0AB44052" w:rsidR="0040548D" w:rsidRDefault="00543922" w:rsidP="005A196C">
      <w:pPr>
        <w:pStyle w:val="ListParagraph"/>
        <w:keepNext/>
        <w:keepLines/>
        <w:numPr>
          <w:ilvl w:val="1"/>
          <w:numId w:val="11"/>
        </w:numPr>
        <w:spacing w:after="0"/>
      </w:pPr>
      <w:r>
        <w:t xml:space="preserve">The </w:t>
      </w:r>
      <w:proofErr w:type="spellStart"/>
      <w:r>
        <w:t>Organiser</w:t>
      </w:r>
      <w:proofErr w:type="spellEnd"/>
      <w:r>
        <w:t xml:space="preserve"> does not guarantee uninterrupted operation of QR codes, browsers, devices, displays, leaderboards, email, software, scoring systems</w:t>
      </w:r>
      <w:r w:rsidR="00FF5282">
        <w:t>, communication systems</w:t>
      </w:r>
      <w:r>
        <w:t xml:space="preserve"> or networks</w:t>
      </w:r>
      <w:r w:rsidR="00FF5282">
        <w:t xml:space="preserve"> used in connection with the Competition</w:t>
      </w:r>
      <w:r>
        <w:t>.</w:t>
      </w:r>
    </w:p>
    <w:p w14:paraId="63297505" w14:textId="77777777" w:rsidR="00874D08" w:rsidRDefault="00874D08" w:rsidP="005A196C">
      <w:pPr>
        <w:pStyle w:val="ListParagraph"/>
        <w:keepNext/>
        <w:keepLines/>
        <w:spacing w:after="0"/>
        <w:ind w:left="792"/>
      </w:pPr>
    </w:p>
    <w:p w14:paraId="5EDE9BC5" w14:textId="401448CE" w:rsidR="0040548D" w:rsidRDefault="00543922" w:rsidP="005A196C">
      <w:pPr>
        <w:pStyle w:val="ListParagraph"/>
        <w:keepNext/>
        <w:keepLines/>
        <w:numPr>
          <w:ilvl w:val="1"/>
          <w:numId w:val="11"/>
        </w:numPr>
        <w:spacing w:after="0"/>
      </w:pPr>
      <w:r>
        <w:t xml:space="preserve">Where an issue affects fairness or completion, the </w:t>
      </w:r>
      <w:proofErr w:type="spellStart"/>
      <w:r>
        <w:t>Organiser</w:t>
      </w:r>
      <w:proofErr w:type="spellEnd"/>
      <w:r>
        <w:t xml:space="preserve"> may allow another attempt, restart or modify a stage, use a manual process, postpone, suspend or cancel the affected stage.</w:t>
      </w:r>
    </w:p>
    <w:p w14:paraId="3D372F79" w14:textId="77777777" w:rsidR="00874D08" w:rsidRDefault="00874D08" w:rsidP="005A196C">
      <w:pPr>
        <w:pStyle w:val="ListParagraph"/>
        <w:keepNext/>
        <w:keepLines/>
        <w:spacing w:after="0"/>
        <w:ind w:left="792"/>
      </w:pPr>
    </w:p>
    <w:p w14:paraId="1D0AB899" w14:textId="6539D775" w:rsidR="0040548D" w:rsidRPr="0085536E" w:rsidRDefault="00543922" w:rsidP="00C43052">
      <w:pPr>
        <w:pStyle w:val="ListParagraph"/>
        <w:numPr>
          <w:ilvl w:val="0"/>
          <w:numId w:val="11"/>
        </w:numPr>
        <w:rPr>
          <w:sz w:val="22"/>
        </w:rPr>
      </w:pPr>
      <w:r w:rsidRPr="00C43052">
        <w:rPr>
          <w:b/>
          <w:bCs/>
          <w:color w:val="C00000"/>
          <w:sz w:val="22"/>
        </w:rPr>
        <w:t>MEDIA, PUBLICITY AND IMAGE RIGHTS</w:t>
      </w:r>
    </w:p>
    <w:p w14:paraId="7677D138" w14:textId="77777777" w:rsidR="0085536E" w:rsidRPr="00C43052" w:rsidRDefault="0085536E" w:rsidP="0085536E">
      <w:pPr>
        <w:pStyle w:val="ListParagraph"/>
        <w:ind w:left="360"/>
        <w:rPr>
          <w:sz w:val="22"/>
        </w:rPr>
      </w:pPr>
    </w:p>
    <w:p w14:paraId="3F588BDD" w14:textId="74560BED" w:rsidR="0040548D" w:rsidRDefault="00543922" w:rsidP="00874D08">
      <w:pPr>
        <w:pStyle w:val="ListParagraph"/>
        <w:numPr>
          <w:ilvl w:val="1"/>
          <w:numId w:val="11"/>
        </w:numPr>
        <w:spacing w:after="0"/>
      </w:pPr>
      <w:r>
        <w:t xml:space="preserve">Subject to applicable law and any required consent, Participants grant the </w:t>
      </w:r>
      <w:proofErr w:type="spellStart"/>
      <w:r>
        <w:t>Organiser</w:t>
      </w:r>
      <w:proofErr w:type="spellEnd"/>
      <w:r>
        <w:t xml:space="preserve">, its affiliates, </w:t>
      </w:r>
      <w:r w:rsidR="00531589">
        <w:t xml:space="preserve">and </w:t>
      </w:r>
      <w:r>
        <w:t>agencies, the right to capture and use their name, image, likeness, voice, appearance, statements and Competition performance for administration, winner announcements, advertising, marketing, publicity, social media, communications and editorial purposes worldwide in any media.</w:t>
      </w:r>
    </w:p>
    <w:p w14:paraId="312B31C9" w14:textId="77777777" w:rsidR="00FF5282" w:rsidRDefault="00FF5282" w:rsidP="00C43052">
      <w:pPr>
        <w:pStyle w:val="ListParagraph"/>
        <w:spacing w:after="0"/>
        <w:ind w:left="792"/>
      </w:pPr>
    </w:p>
    <w:p w14:paraId="1E00156B" w14:textId="30E0FD45" w:rsidR="00FF5282" w:rsidRDefault="00FF5282" w:rsidP="00874D08">
      <w:pPr>
        <w:pStyle w:val="ListParagraph"/>
        <w:numPr>
          <w:ilvl w:val="1"/>
          <w:numId w:val="11"/>
        </w:numPr>
        <w:spacing w:after="0"/>
      </w:pPr>
      <w:r w:rsidRPr="00FF5282">
        <w:t>Such use may include the publication of winner names, photographs, video recordings and Competition results.</w:t>
      </w:r>
    </w:p>
    <w:p w14:paraId="1E1E0AAB" w14:textId="77777777" w:rsidR="00874D08" w:rsidRDefault="00874D08" w:rsidP="00C43052">
      <w:pPr>
        <w:pStyle w:val="ListParagraph"/>
        <w:spacing w:after="0"/>
        <w:ind w:left="792"/>
      </w:pPr>
    </w:p>
    <w:p w14:paraId="42FA85A9" w14:textId="1163CD28" w:rsidR="0040548D" w:rsidRDefault="00543922" w:rsidP="00874D08">
      <w:pPr>
        <w:pStyle w:val="ListParagraph"/>
        <w:numPr>
          <w:ilvl w:val="1"/>
          <w:numId w:val="11"/>
        </w:numPr>
        <w:spacing w:after="0"/>
      </w:pPr>
      <w:r>
        <w:t>No fee, royalty or approval right is payable for permitted use unless required by law. A parent or legal guardian must provide required consent for a minor.</w:t>
      </w:r>
    </w:p>
    <w:p w14:paraId="55C86B6D" w14:textId="77777777" w:rsidR="00874D08" w:rsidRDefault="00874D08" w:rsidP="00C43052">
      <w:pPr>
        <w:spacing w:after="0"/>
      </w:pPr>
    </w:p>
    <w:p w14:paraId="1FE67F36" w14:textId="3CC23E30" w:rsidR="0040548D" w:rsidRPr="0085536E" w:rsidRDefault="00543922" w:rsidP="00C43052">
      <w:pPr>
        <w:pStyle w:val="ListParagraph"/>
        <w:numPr>
          <w:ilvl w:val="0"/>
          <w:numId w:val="11"/>
        </w:numPr>
        <w:rPr>
          <w:sz w:val="22"/>
        </w:rPr>
      </w:pPr>
      <w:r w:rsidRPr="00C43052">
        <w:rPr>
          <w:b/>
          <w:bCs/>
          <w:color w:val="C00000"/>
          <w:sz w:val="22"/>
        </w:rPr>
        <w:t>DATA PROTECTION</w:t>
      </w:r>
    </w:p>
    <w:p w14:paraId="0398A238" w14:textId="77777777" w:rsidR="0085536E" w:rsidRPr="00C43052" w:rsidRDefault="0085536E" w:rsidP="0085536E">
      <w:pPr>
        <w:pStyle w:val="ListParagraph"/>
        <w:ind w:left="360"/>
        <w:rPr>
          <w:sz w:val="22"/>
        </w:rPr>
      </w:pPr>
    </w:p>
    <w:p w14:paraId="68AAF3C9" w14:textId="02D89C4C" w:rsidR="0040548D" w:rsidRDefault="00543922" w:rsidP="00874D08">
      <w:pPr>
        <w:pStyle w:val="ListParagraph"/>
        <w:numPr>
          <w:ilvl w:val="1"/>
          <w:numId w:val="11"/>
        </w:numPr>
        <w:spacing w:after="0"/>
      </w:pPr>
      <w:r>
        <w:t xml:space="preserve">The </w:t>
      </w:r>
      <w:proofErr w:type="spellStart"/>
      <w:r>
        <w:t>Organiser</w:t>
      </w:r>
      <w:proofErr w:type="spellEnd"/>
      <w:r>
        <w:t xml:space="preserve"> may collect and process personal information to administer entries and leaderboards, verify eligibility, contact Participants, announce winners, operate live stages, produce content, fulfil prizes, arrange travel, comply with law and conduct permitted marketing.</w:t>
      </w:r>
    </w:p>
    <w:p w14:paraId="4DFBA44F" w14:textId="77777777" w:rsidR="00874D08" w:rsidRDefault="00874D08" w:rsidP="00C43052">
      <w:pPr>
        <w:pStyle w:val="ListParagraph"/>
        <w:spacing w:after="0"/>
        <w:ind w:left="792"/>
      </w:pPr>
    </w:p>
    <w:p w14:paraId="01575691" w14:textId="4AF0AF74" w:rsidR="0040548D" w:rsidRDefault="00FF5282" w:rsidP="00874D08">
      <w:pPr>
        <w:pStyle w:val="ListParagraph"/>
        <w:numPr>
          <w:ilvl w:val="1"/>
          <w:numId w:val="11"/>
        </w:numPr>
        <w:spacing w:after="0"/>
      </w:pPr>
      <w:r w:rsidRPr="00C43052">
        <w:rPr>
          <w:bCs/>
        </w:rPr>
        <w:t xml:space="preserve">Personal </w:t>
      </w:r>
      <w:r w:rsidR="00543922">
        <w:t>Information may include name, age, contact details, entry and score data, ticket or pass information, identity evidence, consent records, passport and travel information, and image or audiovisual content.</w:t>
      </w:r>
    </w:p>
    <w:p w14:paraId="5FDB63A4" w14:textId="77777777" w:rsidR="00FF5282" w:rsidRDefault="00FF5282" w:rsidP="00C43052">
      <w:pPr>
        <w:pStyle w:val="ListParagraph"/>
      </w:pPr>
    </w:p>
    <w:p w14:paraId="255F9B73" w14:textId="7EB94745" w:rsidR="00FF5282" w:rsidRDefault="00FF5282" w:rsidP="00874D08">
      <w:pPr>
        <w:pStyle w:val="ListParagraph"/>
        <w:numPr>
          <w:ilvl w:val="1"/>
          <w:numId w:val="11"/>
        </w:numPr>
        <w:spacing w:after="0"/>
      </w:pPr>
      <w:r w:rsidRPr="00FF5282">
        <w:t xml:space="preserve">Personal information may be shared with affiliates, service providers, Prize suppliers, </w:t>
      </w:r>
      <w:r w:rsidR="004F6940">
        <w:t xml:space="preserve">and </w:t>
      </w:r>
      <w:r w:rsidRPr="00FF5282">
        <w:t>travel providers where reasonably required for the administration of the Competition and fulfilment of Prizes.</w:t>
      </w:r>
    </w:p>
    <w:p w14:paraId="1D4A7261" w14:textId="77777777" w:rsidR="00874D08" w:rsidRDefault="00874D08" w:rsidP="00C43052">
      <w:pPr>
        <w:spacing w:after="0"/>
      </w:pPr>
    </w:p>
    <w:p w14:paraId="0EA0A569" w14:textId="0E87D68E" w:rsidR="0040548D" w:rsidRDefault="00543922" w:rsidP="00874D08">
      <w:pPr>
        <w:pStyle w:val="ListParagraph"/>
        <w:numPr>
          <w:ilvl w:val="1"/>
          <w:numId w:val="11"/>
        </w:numPr>
        <w:spacing w:after="0"/>
      </w:pPr>
      <w:r>
        <w:t xml:space="preserve">Personal information will be handled in accordance with applicable law and the </w:t>
      </w:r>
      <w:proofErr w:type="spellStart"/>
      <w:r>
        <w:t>Organiser’s</w:t>
      </w:r>
      <w:proofErr w:type="spellEnd"/>
      <w:r>
        <w:t xml:space="preserve"> privacy practices. Additional documentation may be required to claim a prize.</w:t>
      </w:r>
    </w:p>
    <w:p w14:paraId="4E228C31" w14:textId="77777777" w:rsidR="00874D08" w:rsidRDefault="00874D08" w:rsidP="00C43052">
      <w:pPr>
        <w:pStyle w:val="ListParagraph"/>
        <w:spacing w:after="0"/>
        <w:ind w:left="792"/>
      </w:pPr>
    </w:p>
    <w:p w14:paraId="43F6717B" w14:textId="0C3EAECD" w:rsidR="0040548D" w:rsidRDefault="00543922" w:rsidP="00874D08">
      <w:pPr>
        <w:pStyle w:val="ListParagraph"/>
        <w:numPr>
          <w:ilvl w:val="0"/>
          <w:numId w:val="11"/>
        </w:numPr>
        <w:rPr>
          <w:b/>
          <w:bCs/>
          <w:color w:val="C00000"/>
          <w:sz w:val="22"/>
        </w:rPr>
      </w:pPr>
      <w:r w:rsidRPr="00C43052">
        <w:rPr>
          <w:b/>
          <w:bCs/>
          <w:color w:val="C00000"/>
          <w:sz w:val="22"/>
        </w:rPr>
        <w:t>ASSUMPTION</w:t>
      </w:r>
      <w:r>
        <w:t xml:space="preserve"> </w:t>
      </w:r>
      <w:r w:rsidRPr="00C43052">
        <w:rPr>
          <w:b/>
          <w:bCs/>
          <w:color w:val="C00000"/>
          <w:sz w:val="22"/>
        </w:rPr>
        <w:t>OF RISK AND LIABILITY</w:t>
      </w:r>
    </w:p>
    <w:p w14:paraId="73211D6D" w14:textId="77777777" w:rsidR="0085536E" w:rsidRDefault="0085536E" w:rsidP="0085536E">
      <w:pPr>
        <w:pStyle w:val="ListParagraph"/>
        <w:ind w:left="360"/>
        <w:rPr>
          <w:b/>
          <w:bCs/>
          <w:color w:val="C00000"/>
          <w:sz w:val="22"/>
        </w:rPr>
      </w:pPr>
    </w:p>
    <w:p w14:paraId="0B8F2C82" w14:textId="18546D23" w:rsidR="00C93340" w:rsidRDefault="00C93340">
      <w:pPr>
        <w:pStyle w:val="ListParagraph"/>
        <w:numPr>
          <w:ilvl w:val="1"/>
          <w:numId w:val="11"/>
        </w:numPr>
        <w:spacing w:after="0"/>
      </w:pPr>
      <w:r w:rsidDel="00874D08">
        <w:rPr>
          <w:b/>
        </w:rPr>
        <w:t xml:space="preserve">19.1 </w:t>
      </w:r>
      <w:r>
        <w:t xml:space="preserve">Participation in </w:t>
      </w:r>
      <w:r w:rsidR="00774059">
        <w:t xml:space="preserve">any </w:t>
      </w:r>
      <w:r>
        <w:t xml:space="preserve">physical </w:t>
      </w:r>
      <w:r w:rsidR="00774059">
        <w:t xml:space="preserve">activity, or other Competition activity </w:t>
      </w:r>
      <w:r>
        <w:t>is at the Participant’s own risk. Participants must follow safety instructions and should ensure they are medically and physically able to participate. Where the Participant is a minor, the parent or legal guardian is responsible for supervising the minor and confirming the minor’s fitness to participate.</w:t>
      </w:r>
    </w:p>
    <w:p w14:paraId="779EB1ED" w14:textId="77777777" w:rsidR="00774059" w:rsidRDefault="00774059" w:rsidP="00C43052">
      <w:pPr>
        <w:pStyle w:val="ListParagraph"/>
        <w:spacing w:after="0"/>
        <w:ind w:left="792"/>
      </w:pPr>
    </w:p>
    <w:p w14:paraId="36D91A4D" w14:textId="4D5B452B" w:rsidR="0040548D" w:rsidRDefault="00543922" w:rsidP="00874D08">
      <w:pPr>
        <w:pStyle w:val="ListParagraph"/>
        <w:numPr>
          <w:ilvl w:val="1"/>
          <w:numId w:val="11"/>
        </w:numPr>
        <w:spacing w:after="0"/>
      </w:pPr>
      <w:r>
        <w:t xml:space="preserve">To the maximum extent permitted by law, the </w:t>
      </w:r>
      <w:proofErr w:type="spellStart"/>
      <w:r>
        <w:t>Organiser</w:t>
      </w:r>
      <w:proofErr w:type="spellEnd"/>
      <w:r>
        <w:t xml:space="preserve">, and their affiliates, officers, employees, agents, contractors and suppliers </w:t>
      </w:r>
      <w:r w:rsidR="00774059">
        <w:t xml:space="preserve">shall </w:t>
      </w:r>
      <w:r>
        <w:t xml:space="preserve">not </w:t>
      </w:r>
      <w:r w:rsidR="00774059">
        <w:t xml:space="preserve">be </w:t>
      </w:r>
      <w:r>
        <w:t xml:space="preserve">liable for </w:t>
      </w:r>
      <w:r w:rsidR="00774059">
        <w:t xml:space="preserve">any </w:t>
      </w:r>
      <w:r>
        <w:t>indirect</w:t>
      </w:r>
      <w:r w:rsidR="00774059">
        <w:t>, incidental,</w:t>
      </w:r>
      <w:r>
        <w:t xml:space="preserve"> consequential</w:t>
      </w:r>
      <w:r w:rsidR="00774059">
        <w:t xml:space="preserve"> or special</w:t>
      </w:r>
      <w:r>
        <w:t xml:space="preserve"> loss, disappointment, technical failure, cancellation, modification, </w:t>
      </w:r>
      <w:r w:rsidR="00774059">
        <w:t xml:space="preserve">Prize </w:t>
      </w:r>
      <w:r>
        <w:t>use, travel disruption or acts or omissions of third-party providers.</w:t>
      </w:r>
    </w:p>
    <w:p w14:paraId="22CC1A22" w14:textId="77777777" w:rsidR="00874D08" w:rsidRDefault="00874D08" w:rsidP="00C43052">
      <w:pPr>
        <w:pStyle w:val="ListParagraph"/>
        <w:spacing w:after="0"/>
        <w:ind w:left="792"/>
      </w:pPr>
    </w:p>
    <w:p w14:paraId="41D2C27B" w14:textId="38C21713" w:rsidR="0040548D" w:rsidRDefault="00543922" w:rsidP="00874D08">
      <w:pPr>
        <w:pStyle w:val="ListParagraph"/>
        <w:numPr>
          <w:ilvl w:val="1"/>
          <w:numId w:val="11"/>
        </w:numPr>
        <w:spacing w:after="0"/>
      </w:pPr>
      <w:r>
        <w:t>Nothing in these Terms excludes liability that cannot lawfully be excluded.</w:t>
      </w:r>
    </w:p>
    <w:p w14:paraId="3F399D2B" w14:textId="77777777" w:rsidR="00874D08" w:rsidRDefault="00874D08" w:rsidP="00C43052">
      <w:pPr>
        <w:pStyle w:val="ListParagraph"/>
        <w:spacing w:after="0"/>
        <w:ind w:left="792"/>
      </w:pPr>
    </w:p>
    <w:p w14:paraId="4D7BBF9A" w14:textId="08FC1490" w:rsidR="0040548D" w:rsidRPr="0085536E" w:rsidRDefault="00543922" w:rsidP="00C43052">
      <w:pPr>
        <w:pStyle w:val="ListParagraph"/>
        <w:numPr>
          <w:ilvl w:val="0"/>
          <w:numId w:val="11"/>
        </w:numPr>
        <w:rPr>
          <w:sz w:val="22"/>
        </w:rPr>
      </w:pPr>
      <w:r w:rsidRPr="00C43052">
        <w:rPr>
          <w:b/>
          <w:bCs/>
          <w:color w:val="C00000"/>
          <w:sz w:val="22"/>
        </w:rPr>
        <w:t>FORCE MAJEURE AND SUBSTITUTION</w:t>
      </w:r>
    </w:p>
    <w:p w14:paraId="462B5AA3" w14:textId="77777777" w:rsidR="0085536E" w:rsidRPr="00C43052" w:rsidRDefault="0085536E" w:rsidP="0085536E">
      <w:pPr>
        <w:pStyle w:val="ListParagraph"/>
        <w:ind w:left="360"/>
        <w:rPr>
          <w:sz w:val="22"/>
        </w:rPr>
      </w:pPr>
    </w:p>
    <w:p w14:paraId="5BDBE393" w14:textId="77030EF3" w:rsidR="00874D08" w:rsidRDefault="00543922" w:rsidP="00874D08">
      <w:r>
        <w:t xml:space="preserve">If circumstances beyond the </w:t>
      </w:r>
      <w:proofErr w:type="spellStart"/>
      <w:r>
        <w:t>Organiser’s</w:t>
      </w:r>
      <w:proofErr w:type="spellEnd"/>
      <w:r>
        <w:t xml:space="preserve"> reasonable control affect the Competition or a prize, including government action, legal change, health or safety incidents, travel restrictions, Venue closure, sporting-calendar change, weather, technical breakdown or unavailability of the</w:t>
      </w:r>
      <w:r w:rsidR="0079312F">
        <w:t xml:space="preserve"> </w:t>
      </w:r>
      <w:r>
        <w:t xml:space="preserve">stadium, training ground, airline, hotel or supplier, the </w:t>
      </w:r>
      <w:proofErr w:type="spellStart"/>
      <w:r>
        <w:t>Organiser</w:t>
      </w:r>
      <w:proofErr w:type="spellEnd"/>
      <w:r>
        <w:t xml:space="preserve"> may cancel, suspend, postpone or modify the Competition or provide an alternative of equal or greater value.</w:t>
      </w:r>
    </w:p>
    <w:p w14:paraId="7CC4490A" w14:textId="77777777" w:rsidR="005A196C" w:rsidRDefault="005A196C" w:rsidP="00874D08"/>
    <w:p w14:paraId="7DDD1458" w14:textId="23AA411B" w:rsidR="0040548D" w:rsidRPr="0085536E" w:rsidRDefault="00543922" w:rsidP="005A196C">
      <w:pPr>
        <w:pStyle w:val="ListParagraph"/>
        <w:keepNext/>
        <w:keepLines/>
        <w:numPr>
          <w:ilvl w:val="0"/>
          <w:numId w:val="11"/>
        </w:numPr>
        <w:rPr>
          <w:sz w:val="22"/>
        </w:rPr>
      </w:pPr>
      <w:r w:rsidRPr="00C43052">
        <w:rPr>
          <w:b/>
          <w:bCs/>
          <w:color w:val="C00000"/>
          <w:sz w:val="22"/>
        </w:rPr>
        <w:t>ORGANISER’S GENERAL RIGHTS</w:t>
      </w:r>
    </w:p>
    <w:p w14:paraId="6A627DA1" w14:textId="77777777" w:rsidR="0085536E" w:rsidRPr="00C43052" w:rsidRDefault="0085536E" w:rsidP="0085536E">
      <w:pPr>
        <w:pStyle w:val="ListParagraph"/>
        <w:keepNext/>
        <w:keepLines/>
        <w:ind w:left="360"/>
        <w:rPr>
          <w:sz w:val="22"/>
        </w:rPr>
      </w:pPr>
    </w:p>
    <w:p w14:paraId="25628050" w14:textId="5A6D67FE" w:rsidR="0040548D" w:rsidRDefault="00543922" w:rsidP="005A196C">
      <w:pPr>
        <w:pStyle w:val="ListParagraph"/>
        <w:keepNext/>
        <w:keepLines/>
        <w:numPr>
          <w:ilvl w:val="1"/>
          <w:numId w:val="11"/>
        </w:numPr>
        <w:spacing w:after="0"/>
      </w:pPr>
      <w:r>
        <w:t xml:space="preserve">The </w:t>
      </w:r>
      <w:proofErr w:type="spellStart"/>
      <w:r>
        <w:t>Organiser</w:t>
      </w:r>
      <w:proofErr w:type="spellEnd"/>
      <w:r>
        <w:t xml:space="preserve"> may verify entries and Participants, interpret</w:t>
      </w:r>
      <w:r w:rsidR="00774059">
        <w:t xml:space="preserve">, </w:t>
      </w:r>
      <w:r>
        <w:t>amend</w:t>
      </w:r>
      <w:r w:rsidR="00774059">
        <w:t xml:space="preserve"> or enforce</w:t>
      </w:r>
      <w:r>
        <w:t xml:space="preserve"> these Terms, invalidate entries, remove Participants, and modify </w:t>
      </w:r>
      <w:r w:rsidR="00774059">
        <w:t xml:space="preserve">any Competition </w:t>
      </w:r>
      <w:r>
        <w:t xml:space="preserve">stage or </w:t>
      </w:r>
      <w:r w:rsidR="00774059">
        <w:t xml:space="preserve">Prize </w:t>
      </w:r>
      <w:r>
        <w:t>component</w:t>
      </w:r>
      <w:r w:rsidR="00774059">
        <w:t xml:space="preserve"> where reasonably required </w:t>
      </w:r>
      <w:r>
        <w:t>to preserve fairness, safety, integrity, brand standards or operational viability.</w:t>
      </w:r>
    </w:p>
    <w:p w14:paraId="746A2FAD" w14:textId="77777777" w:rsidR="00382B49" w:rsidRDefault="00382B49" w:rsidP="005A196C">
      <w:pPr>
        <w:pStyle w:val="ListParagraph"/>
        <w:keepNext/>
        <w:keepLines/>
        <w:spacing w:after="0"/>
        <w:ind w:left="792"/>
      </w:pPr>
    </w:p>
    <w:p w14:paraId="4EE138C8" w14:textId="323B6885" w:rsidR="0040548D" w:rsidRDefault="00543922" w:rsidP="005A196C">
      <w:pPr>
        <w:pStyle w:val="ListParagraph"/>
        <w:keepNext/>
        <w:keepLines/>
        <w:numPr>
          <w:ilvl w:val="1"/>
          <w:numId w:val="11"/>
        </w:numPr>
        <w:spacing w:after="0"/>
      </w:pPr>
      <w:r>
        <w:t xml:space="preserve">Material amendments will be communicated through official Competition channels </w:t>
      </w:r>
      <w:proofErr w:type="gramStart"/>
      <w:r>
        <w:t>where</w:t>
      </w:r>
      <w:proofErr w:type="gramEnd"/>
      <w:r>
        <w:t xml:space="preserve"> reasonably practicable.</w:t>
      </w:r>
    </w:p>
    <w:p w14:paraId="6BEAF4A3" w14:textId="77777777" w:rsidR="00382B49" w:rsidRDefault="00382B49" w:rsidP="005A196C">
      <w:pPr>
        <w:pStyle w:val="ListParagraph"/>
        <w:keepNext/>
        <w:keepLines/>
      </w:pPr>
    </w:p>
    <w:p w14:paraId="314C2194" w14:textId="20DD5AF2" w:rsidR="0040548D" w:rsidRDefault="00543922" w:rsidP="005A196C">
      <w:pPr>
        <w:pStyle w:val="ListParagraph"/>
        <w:keepNext/>
        <w:keepLines/>
        <w:numPr>
          <w:ilvl w:val="1"/>
          <w:numId w:val="11"/>
        </w:numPr>
        <w:spacing w:after="0"/>
      </w:pPr>
      <w:r>
        <w:t>If a</w:t>
      </w:r>
      <w:r w:rsidR="00774059">
        <w:t>ny</w:t>
      </w:r>
      <w:r>
        <w:t xml:space="preserve"> provision</w:t>
      </w:r>
      <w:r w:rsidR="00774059">
        <w:t xml:space="preserve"> of these Terms</w:t>
      </w:r>
      <w:r>
        <w:t xml:space="preserve"> is invalid</w:t>
      </w:r>
      <w:r w:rsidR="00774059">
        <w:t>, illegal</w:t>
      </w:r>
      <w:r>
        <w:t xml:space="preserve"> or unenforceable, the remaining provisions </w:t>
      </w:r>
      <w:r w:rsidR="00774059">
        <w:t xml:space="preserve">shall </w:t>
      </w:r>
      <w:r>
        <w:t xml:space="preserve">continue in </w:t>
      </w:r>
      <w:r w:rsidR="00774059">
        <w:t xml:space="preserve">full force and </w:t>
      </w:r>
      <w:r>
        <w:t xml:space="preserve">effect. </w:t>
      </w:r>
      <w:r w:rsidR="00774059">
        <w:t xml:space="preserve">Any failure </w:t>
      </w:r>
      <w:r>
        <w:t xml:space="preserve">to enforce a provision </w:t>
      </w:r>
      <w:r w:rsidR="00774059">
        <w:t xml:space="preserve">shall </w:t>
      </w:r>
      <w:r>
        <w:t xml:space="preserve">not </w:t>
      </w:r>
      <w:r w:rsidR="00774059">
        <w:t>constitute a waiver of that provision or any other right.</w:t>
      </w:r>
    </w:p>
    <w:p w14:paraId="33CF42F2" w14:textId="77777777" w:rsidR="00382B49" w:rsidRDefault="00382B49" w:rsidP="00C43052">
      <w:pPr>
        <w:pStyle w:val="ListParagraph"/>
        <w:spacing w:after="0"/>
        <w:ind w:left="792"/>
      </w:pPr>
    </w:p>
    <w:p w14:paraId="50B10B33" w14:textId="66F6BD9E" w:rsidR="0040548D" w:rsidRPr="0085536E" w:rsidRDefault="00543922" w:rsidP="00C43052">
      <w:pPr>
        <w:pStyle w:val="ListParagraph"/>
        <w:numPr>
          <w:ilvl w:val="0"/>
          <w:numId w:val="11"/>
        </w:numPr>
        <w:rPr>
          <w:sz w:val="22"/>
        </w:rPr>
      </w:pPr>
      <w:r w:rsidRPr="00C43052">
        <w:rPr>
          <w:b/>
          <w:bCs/>
          <w:color w:val="C00000"/>
          <w:sz w:val="22"/>
        </w:rPr>
        <w:t>GOVERNING LAW AND JURISDICTION</w:t>
      </w:r>
    </w:p>
    <w:p w14:paraId="41F264FD" w14:textId="77777777" w:rsidR="0085536E" w:rsidRPr="00C43052" w:rsidRDefault="0085536E" w:rsidP="0085536E">
      <w:pPr>
        <w:pStyle w:val="ListParagraph"/>
        <w:ind w:left="360"/>
        <w:rPr>
          <w:sz w:val="22"/>
        </w:rPr>
      </w:pPr>
    </w:p>
    <w:p w14:paraId="3307749A" w14:textId="29FEFB1E" w:rsidR="0040548D" w:rsidRDefault="00543922" w:rsidP="00382B49">
      <w:pPr>
        <w:pStyle w:val="ListParagraph"/>
        <w:numPr>
          <w:ilvl w:val="1"/>
          <w:numId w:val="11"/>
        </w:numPr>
        <w:spacing w:after="0"/>
      </w:pPr>
      <w:r>
        <w:t xml:space="preserve">These Terms, the Competition and </w:t>
      </w:r>
      <w:r w:rsidR="00774059">
        <w:t xml:space="preserve">any dispute arising out of or in connection with them, shall be </w:t>
      </w:r>
      <w:r>
        <w:t>governed by the laws of the United Arab Emirates.</w:t>
      </w:r>
    </w:p>
    <w:p w14:paraId="386998BB" w14:textId="77777777" w:rsidR="00382B49" w:rsidRDefault="00382B49" w:rsidP="00C43052">
      <w:pPr>
        <w:pStyle w:val="ListParagraph"/>
        <w:spacing w:after="0"/>
        <w:ind w:left="792"/>
      </w:pPr>
    </w:p>
    <w:p w14:paraId="4010FFF4" w14:textId="648C96EB" w:rsidR="0040548D" w:rsidRDefault="00543922" w:rsidP="00774059">
      <w:pPr>
        <w:pStyle w:val="ListParagraph"/>
        <w:numPr>
          <w:ilvl w:val="1"/>
          <w:numId w:val="11"/>
        </w:numPr>
        <w:spacing w:after="0"/>
      </w:pPr>
      <w:r>
        <w:t xml:space="preserve">Any </w:t>
      </w:r>
      <w:r w:rsidR="00774059">
        <w:t xml:space="preserve">such </w:t>
      </w:r>
      <w:r>
        <w:t xml:space="preserve">dispute </w:t>
      </w:r>
      <w:r w:rsidR="0085536E">
        <w:t>shall</w:t>
      </w:r>
      <w:r w:rsidR="00774059">
        <w:t xml:space="preserve"> be </w:t>
      </w:r>
      <w:r>
        <w:t>subject to the exclusive jurisdiction of the competent courts of the United</w:t>
      </w:r>
      <w:r w:rsidR="00774059">
        <w:t> </w:t>
      </w:r>
      <w:r>
        <w:t>Arab Emirates, unless applicable law requires otherwise.</w:t>
      </w:r>
    </w:p>
    <w:p w14:paraId="38283865" w14:textId="77777777" w:rsidR="00382B49" w:rsidRDefault="00382B49" w:rsidP="00C43052">
      <w:pPr>
        <w:spacing w:after="0"/>
      </w:pPr>
    </w:p>
    <w:p w14:paraId="6737FC78" w14:textId="620CA424" w:rsidR="0040548D" w:rsidRPr="0085536E" w:rsidRDefault="00543922" w:rsidP="00C43052">
      <w:pPr>
        <w:pStyle w:val="ListParagraph"/>
        <w:numPr>
          <w:ilvl w:val="0"/>
          <w:numId w:val="11"/>
        </w:numPr>
        <w:rPr>
          <w:sz w:val="22"/>
        </w:rPr>
      </w:pPr>
      <w:r w:rsidRPr="00C43052">
        <w:rPr>
          <w:b/>
          <w:bCs/>
          <w:color w:val="C00000"/>
          <w:sz w:val="22"/>
        </w:rPr>
        <w:t>CONTACT AND OFFICIAL RULES</w:t>
      </w:r>
    </w:p>
    <w:p w14:paraId="5B43E2D8" w14:textId="77777777" w:rsidR="0085536E" w:rsidRPr="00C43052" w:rsidRDefault="0085536E" w:rsidP="0085536E">
      <w:pPr>
        <w:pStyle w:val="ListParagraph"/>
        <w:ind w:left="360"/>
        <w:rPr>
          <w:sz w:val="22"/>
        </w:rPr>
      </w:pPr>
    </w:p>
    <w:p w14:paraId="74A3CAE6" w14:textId="0ACCC0A4" w:rsidR="00845C1C" w:rsidRDefault="00C93340">
      <w:pPr>
        <w:pStyle w:val="ListParagraph"/>
        <w:numPr>
          <w:ilvl w:val="1"/>
          <w:numId w:val="11"/>
        </w:numPr>
        <w:spacing w:after="0"/>
      </w:pPr>
      <w:r>
        <w:t xml:space="preserve">The official Terms are published </w:t>
      </w:r>
      <w:r w:rsidR="0085536E">
        <w:t>on the Real</w:t>
      </w:r>
      <w:r>
        <w:t xml:space="preserve"> Madrid World web page, which is linked </w:t>
      </w:r>
      <w:proofErr w:type="gramStart"/>
      <w:r>
        <w:t>from</w:t>
      </w:r>
      <w:proofErr w:type="gramEnd"/>
      <w:r>
        <w:t xml:space="preserve"> the Competition QR entry page, and are available on request at the Venue.</w:t>
      </w:r>
    </w:p>
    <w:p w14:paraId="40A528D6" w14:textId="77777777" w:rsidR="00845C1C" w:rsidRDefault="00845C1C" w:rsidP="00C43052">
      <w:pPr>
        <w:pStyle w:val="ListParagraph"/>
        <w:spacing w:after="0"/>
        <w:ind w:left="792"/>
      </w:pPr>
    </w:p>
    <w:p w14:paraId="24899598" w14:textId="77777777" w:rsidR="00845C1C" w:rsidRDefault="00C93340">
      <w:pPr>
        <w:pStyle w:val="ListParagraph"/>
        <w:numPr>
          <w:ilvl w:val="1"/>
          <w:numId w:val="11"/>
        </w:numPr>
        <w:spacing w:after="0"/>
      </w:pPr>
      <w:r>
        <w:t xml:space="preserve">Questions may be directed through official channels designated by Dubai Parks and Resorts or Real Madrid World. </w:t>
      </w:r>
    </w:p>
    <w:p w14:paraId="4D3CBC5D" w14:textId="77777777" w:rsidR="00845C1C" w:rsidRDefault="00845C1C" w:rsidP="00C43052">
      <w:pPr>
        <w:pStyle w:val="ListParagraph"/>
      </w:pPr>
    </w:p>
    <w:p w14:paraId="26E87173" w14:textId="7C9814EE" w:rsidR="00C93340" w:rsidRDefault="00C93340" w:rsidP="00C43052">
      <w:pPr>
        <w:pStyle w:val="ListParagraph"/>
        <w:numPr>
          <w:ilvl w:val="1"/>
          <w:numId w:val="11"/>
        </w:numPr>
        <w:spacing w:after="0"/>
      </w:pPr>
      <w:r>
        <w:t xml:space="preserve">The latest published version of these Terms prevails over </w:t>
      </w:r>
      <w:r w:rsidR="00845C1C">
        <w:t>any summary</w:t>
      </w:r>
      <w:r>
        <w:t xml:space="preserve">, advertising copy, email, social post, radio script or other promotional </w:t>
      </w:r>
      <w:r w:rsidR="00845C1C">
        <w:t xml:space="preserve">or communication </w:t>
      </w:r>
      <w:r>
        <w:t>material</w:t>
      </w:r>
      <w:r w:rsidR="00845C1C">
        <w:t xml:space="preserve"> relating to the Competition</w:t>
      </w:r>
      <w:r>
        <w:t>.</w:t>
      </w:r>
    </w:p>
    <w:p w14:paraId="352DF26A" w14:textId="77777777" w:rsidR="005A196C" w:rsidRPr="005A196C" w:rsidRDefault="005A196C" w:rsidP="005A196C"/>
    <w:p w14:paraId="766C1748" w14:textId="77777777" w:rsidR="005A196C" w:rsidRPr="005A196C" w:rsidRDefault="005A196C" w:rsidP="005A196C"/>
    <w:p w14:paraId="68B9ED04" w14:textId="77777777" w:rsidR="005A196C" w:rsidRPr="005A196C" w:rsidRDefault="005A196C" w:rsidP="005A196C"/>
    <w:p w14:paraId="419EACC9" w14:textId="77777777" w:rsidR="005A196C" w:rsidRPr="005A196C" w:rsidRDefault="005A196C" w:rsidP="005A196C"/>
    <w:p w14:paraId="58EE904F" w14:textId="532309FA" w:rsidR="005A196C" w:rsidRPr="005A196C" w:rsidRDefault="005A196C" w:rsidP="005A196C">
      <w:pPr>
        <w:tabs>
          <w:tab w:val="left" w:pos="4470"/>
        </w:tabs>
      </w:pPr>
      <w:r>
        <w:tab/>
      </w:r>
    </w:p>
    <w:sectPr w:rsidR="005A196C" w:rsidRPr="005A196C" w:rsidSect="00034616">
      <w:headerReference w:type="default" r:id="rId8"/>
      <w:footerReference w:type="even" r:id="rId9"/>
      <w:footerReference w:type="default" r:id="rId10"/>
      <w:footerReference w:type="first" r:id="rId11"/>
      <w:pgSz w:w="12240" w:h="15840"/>
      <w:pgMar w:top="936" w:right="1080" w:bottom="936"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6B19CF" w14:textId="77777777" w:rsidR="002104F6" w:rsidRDefault="002104F6">
      <w:pPr>
        <w:spacing w:after="0" w:line="240" w:lineRule="auto"/>
      </w:pPr>
      <w:r>
        <w:separator/>
      </w:r>
    </w:p>
  </w:endnote>
  <w:endnote w:type="continuationSeparator" w:id="0">
    <w:p w14:paraId="260955D3" w14:textId="77777777" w:rsidR="002104F6" w:rsidRDefault="002104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E419AB" w14:textId="26A16FE3" w:rsidR="00242A67" w:rsidRDefault="00E45AB2">
    <w:pPr>
      <w:pStyle w:val="Footer"/>
    </w:pPr>
    <w:r>
      <w:rPr>
        <w:noProof/>
      </w:rPr>
      <mc:AlternateContent>
        <mc:Choice Requires="wps">
          <w:drawing>
            <wp:anchor distT="0" distB="0" distL="0" distR="0" simplePos="0" relativeHeight="251659264" behindDoc="0" locked="0" layoutInCell="1" allowOverlap="1" wp14:anchorId="1A4E1CED" wp14:editId="4143FC29">
              <wp:simplePos x="635" y="635"/>
              <wp:positionH relativeFrom="page">
                <wp:align>center</wp:align>
              </wp:positionH>
              <wp:positionV relativeFrom="page">
                <wp:align>bottom</wp:align>
              </wp:positionV>
              <wp:extent cx="3108960" cy="368935"/>
              <wp:effectExtent l="0" t="0" r="2540" b="0"/>
              <wp:wrapNone/>
              <wp:docPr id="1205922018" name="Text Box 2" descr="Confidential - Not for Public Consumption or Distributio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3108960" cy="368935"/>
                      </a:xfrm>
                      <a:prstGeom prst="rect">
                        <a:avLst/>
                      </a:prstGeom>
                      <a:noFill/>
                      <a:ln>
                        <a:noFill/>
                      </a:ln>
                    </wps:spPr>
                    <wps:txbx>
                      <w:txbxContent>
                        <w:p w14:paraId="3A6DEAF9" w14:textId="25DC1D03" w:rsidR="00E45AB2" w:rsidRPr="00E45AB2" w:rsidRDefault="00E45AB2" w:rsidP="00E45AB2">
                          <w:pPr>
                            <w:spacing w:after="0"/>
                            <w:rPr>
                              <w:rFonts w:ascii="Aptos" w:eastAsia="Aptos" w:hAnsi="Aptos" w:cs="Aptos"/>
                              <w:noProof/>
                              <w:color w:val="000000"/>
                              <w:sz w:val="20"/>
                              <w:szCs w:val="20"/>
                            </w:rPr>
                          </w:pPr>
                          <w:r w:rsidRPr="00E45AB2">
                            <w:rPr>
                              <w:rFonts w:ascii="Aptos" w:eastAsia="Aptos" w:hAnsi="Aptos" w:cs="Aptos"/>
                              <w:noProof/>
                              <w:color w:val="000000"/>
                              <w:sz w:val="20"/>
                              <w:szCs w:val="20"/>
                            </w:rPr>
                            <w:t>Confidential - Not for Public Consumption or Distribution</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A4E1CED" id="_x0000_t202" coordsize="21600,21600" o:spt="202" path="m,l,21600r21600,l21600,xe">
              <v:stroke joinstyle="miter"/>
              <v:path gradientshapeok="t" o:connecttype="rect"/>
            </v:shapetype>
            <v:shape id="Text Box 2" o:spid="_x0000_s1026" type="#_x0000_t202" alt="Confidential - Not for Public Consumption or Distribution" style="position:absolute;margin-left:0;margin-top:0;width:244.8pt;height:29.05pt;z-index:25165926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" filled="f" stroked="f">
              <v:textbox style="mso-fit-shape-to-text:t" inset="0,0,0,15pt">
                <w:txbxContent>
                  <w:p w14:paraId="3A6DEAF9" w14:textId="25DC1D03" w:rsidR="00E45AB2" w:rsidRPr="00E45AB2" w:rsidRDefault="00E45AB2" w:rsidP="00E45AB2">
                    <w:pPr>
                      <w:spacing w:after="0"/>
                      <w:rPr>
                        <w:rFonts w:ascii="Aptos" w:eastAsia="Aptos" w:hAnsi="Aptos" w:cs="Aptos"/>
                        <w:noProof/>
                        <w:color w:val="000000"/>
                        <w:sz w:val="20"/>
                        <w:szCs w:val="20"/>
                      </w:rPr>
                    </w:pPr>
                    <w:r w:rsidRPr="00E45AB2">
                      <w:rPr>
                        <w:rFonts w:ascii="Aptos" w:eastAsia="Aptos" w:hAnsi="Aptos" w:cs="Aptos"/>
                        <w:noProof/>
                        <w:color w:val="000000"/>
                        <w:sz w:val="20"/>
                        <w:szCs w:val="20"/>
                      </w:rPr>
                      <w:t>Confidential - Not for Public Consumption or Distribution</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A42E51" w14:textId="3347A177" w:rsidR="0040548D" w:rsidRDefault="00E45AB2">
    <w:pPr>
      <w:pStyle w:val="Footer"/>
      <w:jc w:val="center"/>
    </w:pPr>
    <w:r>
      <w:rPr>
        <w:noProof/>
        <w:color w:val="6E6E6E"/>
        <w:sz w:val="14"/>
      </w:rPr>
      <mc:AlternateContent>
        <mc:Choice Requires="wps">
          <w:drawing>
            <wp:anchor distT="0" distB="0" distL="0" distR="0" simplePos="0" relativeHeight="251660288" behindDoc="0" locked="0" layoutInCell="1" allowOverlap="1" wp14:anchorId="5E0A24CD" wp14:editId="44DFBAB3">
              <wp:simplePos x="0" y="0"/>
              <wp:positionH relativeFrom="page">
                <wp:align>center</wp:align>
              </wp:positionH>
              <wp:positionV relativeFrom="page">
                <wp:align>bottom</wp:align>
              </wp:positionV>
              <wp:extent cx="3108960" cy="368935"/>
              <wp:effectExtent l="0" t="0" r="2540" b="0"/>
              <wp:wrapNone/>
              <wp:docPr id="1604885750" name="Text Box 3" descr="Confidential - Not for Public Consumption or Distributio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3108960" cy="368935"/>
                      </a:xfrm>
                      <a:prstGeom prst="rect">
                        <a:avLst/>
                      </a:prstGeom>
                      <a:noFill/>
                      <a:ln>
                        <a:noFill/>
                      </a:ln>
                    </wps:spPr>
                    <wps:txbx>
                      <w:txbxContent>
                        <w:p w14:paraId="09B9C449" w14:textId="36ABEC9A" w:rsidR="00E45AB2" w:rsidRPr="00E45AB2" w:rsidRDefault="00E45AB2" w:rsidP="00E45AB2">
                          <w:pPr>
                            <w:spacing w:after="0"/>
                            <w:rPr>
                              <w:rFonts w:ascii="Aptos" w:eastAsia="Aptos" w:hAnsi="Aptos" w:cs="Aptos"/>
                              <w:noProof/>
                              <w:color w:val="000000"/>
                              <w:sz w:val="20"/>
                              <w:szCs w:val="20"/>
                            </w:rPr>
                          </w:pPr>
                          <w:r w:rsidRPr="00E45AB2">
                            <w:rPr>
                              <w:rFonts w:ascii="Aptos" w:eastAsia="Aptos" w:hAnsi="Aptos" w:cs="Aptos"/>
                              <w:noProof/>
                              <w:color w:val="000000"/>
                              <w:sz w:val="20"/>
                              <w:szCs w:val="20"/>
                            </w:rPr>
                            <w:t>Confidential - Not for Public Consumption or Distribution</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E0A24CD" id="_x0000_t202" coordsize="21600,21600" o:spt="202" path="m,l,21600r21600,l21600,xe">
              <v:stroke joinstyle="miter"/>
              <v:path gradientshapeok="t" o:connecttype="rect"/>
            </v:shapetype>
            <v:shape id="Text Box 3" o:spid="_x0000_s1027" type="#_x0000_t202" alt="Confidential - Not for Public Consumption or Distribution" style="position:absolute;left:0;text-align:left;margin-left:0;margin-top:0;width:244.8pt;height:29.05pt;z-index:25166028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" filled="f" stroked="f">
              <v:textbox style="mso-fit-shape-to-text:t" inset="0,0,0,15pt">
                <w:txbxContent>
                  <w:p w14:paraId="09B9C449" w14:textId="36ABEC9A" w:rsidR="00E45AB2" w:rsidRPr="00E45AB2" w:rsidRDefault="00E45AB2" w:rsidP="00E45AB2">
                    <w:pPr>
                      <w:spacing w:after="0"/>
                      <w:rPr>
                        <w:rFonts w:ascii="Aptos" w:eastAsia="Aptos" w:hAnsi="Aptos" w:cs="Aptos"/>
                        <w:noProof/>
                        <w:color w:val="000000"/>
                        <w:sz w:val="20"/>
                        <w:szCs w:val="20"/>
                      </w:rPr>
                    </w:pPr>
                    <w:r w:rsidRPr="00E45AB2">
                      <w:rPr>
                        <w:rFonts w:ascii="Aptos" w:eastAsia="Aptos" w:hAnsi="Aptos" w:cs="Aptos"/>
                        <w:noProof/>
                        <w:color w:val="000000"/>
                        <w:sz w:val="20"/>
                        <w:szCs w:val="20"/>
                      </w:rPr>
                      <w:t>Confidential - Not for Public Consumption or Distribution</w:t>
                    </w:r>
                  </w:p>
                </w:txbxContent>
              </v:textbox>
              <w10:wrap anchorx="page" anchory="page"/>
            </v:shape>
          </w:pict>
        </mc:Fallback>
      </mc:AlternateContent>
    </w:r>
    <w:r w:rsidR="00543922">
      <w:rPr>
        <w:color w:val="6E6E6E"/>
        <w:sz w:val="14"/>
      </w:rPr>
      <w:t xml:space="preserve">Classification: </w:t>
    </w:r>
    <w:proofErr w:type="gramStart"/>
    <w:r w:rsidR="00543922">
      <w:rPr>
        <w:color w:val="6E6E6E"/>
        <w:sz w:val="14"/>
      </w:rPr>
      <w:t>Internal  |</w:t>
    </w:r>
    <w:proofErr w:type="gramEnd"/>
    <w:r w:rsidR="00543922">
      <w:rPr>
        <w:color w:val="6E6E6E"/>
        <w:sz w:val="14"/>
      </w:rPr>
      <w:t xml:space="preserve">  Draft for Legal and Club </w:t>
    </w:r>
    <w:proofErr w:type="gramStart"/>
    <w:r w:rsidR="00543922">
      <w:rPr>
        <w:color w:val="6E6E6E"/>
        <w:sz w:val="14"/>
      </w:rPr>
      <w:t>review  |</w:t>
    </w:r>
    <w:proofErr w:type="gramEnd"/>
    <w:r w:rsidR="00543922">
      <w:rPr>
        <w:color w:val="6E6E6E"/>
        <w:sz w:val="14"/>
      </w:rPr>
      <w:t xml:space="preserve">  Not for public release</w:t>
    </w:r>
  </w:p>
  <w:p w14:paraId="6091A939" w14:textId="442CE0C2" w:rsidR="0040548D" w:rsidRDefault="00543922">
    <w:pPr>
      <w:jc w:val="right"/>
    </w:pPr>
    <w:r>
      <w:rPr>
        <w:color w:val="6E6E6E"/>
        <w:sz w:val="14"/>
      </w:rPr>
      <w:t xml:space="preserve">Page </w:t>
    </w:r>
    <w:r>
      <w:fldChar w:fldCharType="begin"/>
    </w:r>
    <w:r>
      <w:instrText>PAGE</w:instrText>
    </w:r>
    <w:r>
      <w:fldChar w:fldCharType="separate"/>
    </w:r>
    <w:r w:rsidR="00151473">
      <w:rPr>
        <w:noProof/>
      </w:rPr>
      <w:t>1</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252147" w14:textId="589A9159" w:rsidR="00242A67" w:rsidRDefault="00E45AB2">
    <w:pPr>
      <w:pStyle w:val="Footer"/>
    </w:pPr>
    <w:r>
      <w:rPr>
        <w:noProof/>
      </w:rPr>
      <mc:AlternateContent>
        <mc:Choice Requires="wps">
          <w:drawing>
            <wp:anchor distT="0" distB="0" distL="0" distR="0" simplePos="0" relativeHeight="251658240" behindDoc="0" locked="0" layoutInCell="1" allowOverlap="1" wp14:anchorId="3CC6E45D" wp14:editId="4FEC6961">
              <wp:simplePos x="635" y="635"/>
              <wp:positionH relativeFrom="page">
                <wp:align>center</wp:align>
              </wp:positionH>
              <wp:positionV relativeFrom="page">
                <wp:align>bottom</wp:align>
              </wp:positionV>
              <wp:extent cx="3108960" cy="368935"/>
              <wp:effectExtent l="0" t="0" r="2540" b="0"/>
              <wp:wrapNone/>
              <wp:docPr id="1905229674" name="Text Box 1" descr="Confidential - Not for Public Consumption or Distributio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3108960" cy="368935"/>
                      </a:xfrm>
                      <a:prstGeom prst="rect">
                        <a:avLst/>
                      </a:prstGeom>
                      <a:noFill/>
                      <a:ln>
                        <a:noFill/>
                      </a:ln>
                    </wps:spPr>
                    <wps:txbx>
                      <w:txbxContent>
                        <w:p w14:paraId="7ABC00EC" w14:textId="197C570C" w:rsidR="00E45AB2" w:rsidRPr="00E45AB2" w:rsidRDefault="00E45AB2" w:rsidP="00E45AB2">
                          <w:pPr>
                            <w:spacing w:after="0"/>
                            <w:rPr>
                              <w:rFonts w:ascii="Aptos" w:eastAsia="Aptos" w:hAnsi="Aptos" w:cs="Aptos"/>
                              <w:noProof/>
                              <w:color w:val="000000"/>
                              <w:sz w:val="20"/>
                              <w:szCs w:val="20"/>
                            </w:rPr>
                          </w:pPr>
                          <w:r w:rsidRPr="00E45AB2">
                            <w:rPr>
                              <w:rFonts w:ascii="Aptos" w:eastAsia="Aptos" w:hAnsi="Aptos" w:cs="Aptos"/>
                              <w:noProof/>
                              <w:color w:val="000000"/>
                              <w:sz w:val="20"/>
                              <w:szCs w:val="20"/>
                            </w:rPr>
                            <w:t>Confidential - Not for Public Consumption or Distribution</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CC6E45D" id="_x0000_t202" coordsize="21600,21600" o:spt="202" path="m,l,21600r21600,l21600,xe">
              <v:stroke joinstyle="miter"/>
              <v:path gradientshapeok="t" o:connecttype="rect"/>
            </v:shapetype>
            <v:shape id="Text Box 1" o:spid="_x0000_s1028" type="#_x0000_t202" alt="Confidential - Not for Public Consumption or Distribution" style="position:absolute;margin-left:0;margin-top:0;width:244.8pt;height:29.05pt;z-index:25165824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" filled="f" stroked="f">
              <v:textbox style="mso-fit-shape-to-text:t" inset="0,0,0,15pt">
                <w:txbxContent>
                  <w:p w14:paraId="7ABC00EC" w14:textId="197C570C" w:rsidR="00E45AB2" w:rsidRPr="00E45AB2" w:rsidRDefault="00E45AB2" w:rsidP="00E45AB2">
                    <w:pPr>
                      <w:spacing w:after="0"/>
                      <w:rPr>
                        <w:rFonts w:ascii="Aptos" w:eastAsia="Aptos" w:hAnsi="Aptos" w:cs="Aptos"/>
                        <w:noProof/>
                        <w:color w:val="000000"/>
                        <w:sz w:val="20"/>
                        <w:szCs w:val="20"/>
                      </w:rPr>
                    </w:pPr>
                    <w:r w:rsidRPr="00E45AB2">
                      <w:rPr>
                        <w:rFonts w:ascii="Aptos" w:eastAsia="Aptos" w:hAnsi="Aptos" w:cs="Aptos"/>
                        <w:noProof/>
                        <w:color w:val="000000"/>
                        <w:sz w:val="20"/>
                        <w:szCs w:val="20"/>
                      </w:rPr>
                      <w:t>Confidential - Not for Public Consumption or Distribution</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AFDACC" w14:textId="77777777" w:rsidR="002104F6" w:rsidRDefault="002104F6">
      <w:pPr>
        <w:spacing w:after="0" w:line="240" w:lineRule="auto"/>
      </w:pPr>
      <w:r>
        <w:separator/>
      </w:r>
    </w:p>
  </w:footnote>
  <w:footnote w:type="continuationSeparator" w:id="0">
    <w:p w14:paraId="53CD364B" w14:textId="77777777" w:rsidR="002104F6" w:rsidRDefault="002104F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D3A6F3" w14:textId="5DDC44BE" w:rsidR="0040548D" w:rsidRDefault="00543922">
    <w:pPr>
      <w:pStyle w:val="Header"/>
      <w:jc w:val="right"/>
    </w:pPr>
    <w:r>
      <w:rPr>
        <w:color w:val="6E6E6E"/>
        <w:sz w:val="16"/>
      </w:rPr>
      <w:t xml:space="preserve">REAL MADRID WORLD | </w:t>
    </w:r>
    <w:r w:rsidR="00411C04">
      <w:rPr>
        <w:color w:val="6E6E6E"/>
        <w:sz w:val="16"/>
      </w:rPr>
      <w:t>Grand Trivia</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1F6C3294"/>
    <w:multiLevelType w:val="multilevel"/>
    <w:tmpl w:val="6B483104"/>
    <w:lvl w:ilvl="0">
      <w:start w:val="1"/>
      <w:numFmt w:val="decimal"/>
      <w:lvlText w:val="%1."/>
      <w:lvlJc w:val="left"/>
      <w:pPr>
        <w:ind w:left="360" w:hanging="360"/>
      </w:pPr>
      <w:rPr>
        <w:b/>
        <w:bCs/>
        <w:color w:val="C00000"/>
        <w:sz w:val="20"/>
        <w:szCs w:val="24"/>
      </w:rPr>
    </w:lvl>
    <w:lvl w:ilvl="1">
      <w:start w:val="1"/>
      <w:numFmt w:val="decimal"/>
      <w:lvlText w:val="%1.%2."/>
      <w:lvlJc w:val="left"/>
      <w:pPr>
        <w:ind w:left="792" w:hanging="432"/>
      </w:pPr>
      <w:rPr>
        <w:b/>
        <w:bCs/>
        <w:color w:val="auto"/>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684573E8"/>
    <w:multiLevelType w:val="multilevel"/>
    <w:tmpl w:val="805A6790"/>
    <w:lvl w:ilvl="0">
      <w:start w:val="1"/>
      <w:numFmt w:val="decimal"/>
      <w:lvlText w:val="%1."/>
      <w:lvlJc w:val="left"/>
      <w:pPr>
        <w:ind w:left="360" w:hanging="360"/>
      </w:pPr>
    </w:lvl>
    <w:lvl w:ilvl="1">
      <w:start w:val="1"/>
      <w:numFmt w:val="decimal"/>
      <w:lvlText w:val="%1.%2."/>
      <w:lvlJc w:val="left"/>
      <w:pPr>
        <w:ind w:left="792" w:hanging="432"/>
      </w:pPr>
      <w:rPr>
        <w:b/>
        <w:bCs/>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252659661">
    <w:abstractNumId w:val="8"/>
  </w:num>
  <w:num w:numId="2" w16cid:durableId="1638605090">
    <w:abstractNumId w:val="6"/>
  </w:num>
  <w:num w:numId="3" w16cid:durableId="106510701">
    <w:abstractNumId w:val="5"/>
  </w:num>
  <w:num w:numId="4" w16cid:durableId="1768576063">
    <w:abstractNumId w:val="4"/>
  </w:num>
  <w:num w:numId="5" w16cid:durableId="59444367">
    <w:abstractNumId w:val="7"/>
  </w:num>
  <w:num w:numId="6" w16cid:durableId="1715732593">
    <w:abstractNumId w:val="3"/>
  </w:num>
  <w:num w:numId="7" w16cid:durableId="758218635">
    <w:abstractNumId w:val="2"/>
  </w:num>
  <w:num w:numId="8" w16cid:durableId="1450390658">
    <w:abstractNumId w:val="1"/>
  </w:num>
  <w:num w:numId="9" w16cid:durableId="1972706941">
    <w:abstractNumId w:val="0"/>
  </w:num>
  <w:num w:numId="10" w16cid:durableId="153230616">
    <w:abstractNumId w:val="10"/>
  </w:num>
  <w:num w:numId="11" w16cid:durableId="180862349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2696"/>
    <w:rsid w:val="00034616"/>
    <w:rsid w:val="00036C9D"/>
    <w:rsid w:val="00054629"/>
    <w:rsid w:val="0006063C"/>
    <w:rsid w:val="00071B34"/>
    <w:rsid w:val="000A040A"/>
    <w:rsid w:val="000A531D"/>
    <w:rsid w:val="000B7DD5"/>
    <w:rsid w:val="000F3546"/>
    <w:rsid w:val="001320FB"/>
    <w:rsid w:val="0015074B"/>
    <w:rsid w:val="00151473"/>
    <w:rsid w:val="00172C7B"/>
    <w:rsid w:val="00177230"/>
    <w:rsid w:val="00182383"/>
    <w:rsid w:val="001D1AE6"/>
    <w:rsid w:val="001F323B"/>
    <w:rsid w:val="001F5DD0"/>
    <w:rsid w:val="002104F6"/>
    <w:rsid w:val="00242A67"/>
    <w:rsid w:val="00272B8A"/>
    <w:rsid w:val="0029639D"/>
    <w:rsid w:val="002C70AF"/>
    <w:rsid w:val="002D6339"/>
    <w:rsid w:val="00326F90"/>
    <w:rsid w:val="00363551"/>
    <w:rsid w:val="00382B49"/>
    <w:rsid w:val="003C2EDF"/>
    <w:rsid w:val="0040548D"/>
    <w:rsid w:val="00411C04"/>
    <w:rsid w:val="0045409C"/>
    <w:rsid w:val="00472FBD"/>
    <w:rsid w:val="0047443B"/>
    <w:rsid w:val="00496A90"/>
    <w:rsid w:val="00497E96"/>
    <w:rsid w:val="004D404E"/>
    <w:rsid w:val="004F6940"/>
    <w:rsid w:val="00531589"/>
    <w:rsid w:val="00536422"/>
    <w:rsid w:val="00543922"/>
    <w:rsid w:val="005A196C"/>
    <w:rsid w:val="00691A11"/>
    <w:rsid w:val="0072193A"/>
    <w:rsid w:val="0076511B"/>
    <w:rsid w:val="00774059"/>
    <w:rsid w:val="0079312F"/>
    <w:rsid w:val="007C5F15"/>
    <w:rsid w:val="007D0D5E"/>
    <w:rsid w:val="007F01D6"/>
    <w:rsid w:val="008012E8"/>
    <w:rsid w:val="008336F5"/>
    <w:rsid w:val="00845C1C"/>
    <w:rsid w:val="008473D6"/>
    <w:rsid w:val="0085536E"/>
    <w:rsid w:val="00861A2A"/>
    <w:rsid w:val="00874D08"/>
    <w:rsid w:val="0089182C"/>
    <w:rsid w:val="008B545B"/>
    <w:rsid w:val="008F3EAD"/>
    <w:rsid w:val="008F4AB1"/>
    <w:rsid w:val="009509C9"/>
    <w:rsid w:val="009670C5"/>
    <w:rsid w:val="00967182"/>
    <w:rsid w:val="00981C36"/>
    <w:rsid w:val="009A70E9"/>
    <w:rsid w:val="009B2D95"/>
    <w:rsid w:val="009B388B"/>
    <w:rsid w:val="009E4A30"/>
    <w:rsid w:val="00A449D3"/>
    <w:rsid w:val="00A81976"/>
    <w:rsid w:val="00AA1D8D"/>
    <w:rsid w:val="00AB2EDC"/>
    <w:rsid w:val="00AF3193"/>
    <w:rsid w:val="00AF3D6E"/>
    <w:rsid w:val="00B27AC8"/>
    <w:rsid w:val="00B47730"/>
    <w:rsid w:val="00B51A72"/>
    <w:rsid w:val="00B54C31"/>
    <w:rsid w:val="00B77A94"/>
    <w:rsid w:val="00BD1690"/>
    <w:rsid w:val="00C26A30"/>
    <w:rsid w:val="00C43052"/>
    <w:rsid w:val="00C93340"/>
    <w:rsid w:val="00C97A06"/>
    <w:rsid w:val="00CB0664"/>
    <w:rsid w:val="00D174BF"/>
    <w:rsid w:val="00D215D6"/>
    <w:rsid w:val="00DB63CD"/>
    <w:rsid w:val="00DE1317"/>
    <w:rsid w:val="00E127A8"/>
    <w:rsid w:val="00E45AB2"/>
    <w:rsid w:val="00F425FE"/>
    <w:rsid w:val="00F51599"/>
    <w:rsid w:val="00F74765"/>
    <w:rsid w:val="00F91D21"/>
    <w:rsid w:val="00FC399C"/>
    <w:rsid w:val="00FC693F"/>
    <w:rsid w:val="00FD1E5C"/>
    <w:rsid w:val="00FF5282"/>
    <w:rsid w:val="00FF6D8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4062061"/>
  <w14:defaultImageDpi w14:val="300"/>
  <w15:docId w15:val="{7C69CC5A-8D51-4CD5-B180-48F492EE14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80"/>
    </w:pPr>
    <w:rPr>
      <w:rFonts w:ascii="Arial" w:hAnsi="Arial"/>
      <w:sz w:val="18"/>
    </w:rPr>
  </w:style>
  <w:style w:type="paragraph" w:styleId="Heading1">
    <w:name w:val="heading 1"/>
    <w:basedOn w:val="Normal"/>
    <w:next w:val="Normal"/>
    <w:link w:val="Heading1Char"/>
    <w:uiPriority w:val="9"/>
    <w:qFormat/>
    <w:rsid w:val="00FC693F"/>
    <w:pPr>
      <w:keepNext/>
      <w:keepLines/>
      <w:spacing w:before="200" w:after="100"/>
      <w:outlineLvl w:val="0"/>
    </w:pPr>
    <w:rPr>
      <w:rFonts w:asciiTheme="majorHAnsi" w:eastAsiaTheme="majorEastAsia" w:hAnsiTheme="majorHAnsi" w:cstheme="majorBidi"/>
      <w:b/>
      <w:bCs/>
      <w:color w:val="C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101820"/>
      <w:sz w:val="20"/>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101820"/>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LegalBullet">
    <w:name w:val="Legal Bullet"/>
    <w:pPr>
      <w:spacing w:after="40"/>
      <w:ind w:left="360" w:hanging="202"/>
    </w:pPr>
    <w:rPr>
      <w:rFonts w:ascii="Arial" w:hAnsi="Arial"/>
      <w:sz w:val="18"/>
    </w:rPr>
  </w:style>
  <w:style w:type="paragraph" w:styleId="NormalWeb">
    <w:name w:val="Normal (Web)"/>
    <w:basedOn w:val="Normal"/>
    <w:uiPriority w:val="99"/>
    <w:semiHidden/>
    <w:unhideWhenUsed/>
    <w:rsid w:val="008F3EAD"/>
    <w:pPr>
      <w:spacing w:before="100" w:beforeAutospacing="1" w:after="100" w:afterAutospacing="1" w:line="240" w:lineRule="auto"/>
    </w:pPr>
    <w:rPr>
      <w:rFonts w:ascii="Times New Roman" w:hAnsi="Times New Roman" w:cs="Times New Roman"/>
      <w:kern w:val="2"/>
      <w:sz w:val="24"/>
      <w:szCs w:val="24"/>
      <w:lang w:val="en-AE" w:eastAsia="en-AE"/>
      <w14:ligatures w14:val="standardContextual"/>
    </w:rPr>
  </w:style>
  <w:style w:type="paragraph" w:styleId="Revision">
    <w:name w:val="Revision"/>
    <w:hidden/>
    <w:uiPriority w:val="99"/>
    <w:semiHidden/>
    <w:rsid w:val="002D6339"/>
    <w:pPr>
      <w:spacing w:after="0" w:line="240" w:lineRule="auto"/>
    </w:pPr>
    <w:rPr>
      <w:rFonts w:ascii="Arial" w:hAnsi="Arial"/>
      <w:sz w:val="18"/>
    </w:rPr>
  </w:style>
  <w:style w:type="character" w:styleId="CommentReference">
    <w:name w:val="annotation reference"/>
    <w:basedOn w:val="DefaultParagraphFont"/>
    <w:uiPriority w:val="99"/>
    <w:semiHidden/>
    <w:unhideWhenUsed/>
    <w:rsid w:val="00FD1E5C"/>
    <w:rPr>
      <w:sz w:val="16"/>
      <w:szCs w:val="16"/>
    </w:rPr>
  </w:style>
  <w:style w:type="paragraph" w:styleId="CommentText">
    <w:name w:val="annotation text"/>
    <w:basedOn w:val="Normal"/>
    <w:link w:val="CommentTextChar"/>
    <w:uiPriority w:val="99"/>
    <w:unhideWhenUsed/>
    <w:rsid w:val="00FD1E5C"/>
    <w:pPr>
      <w:spacing w:line="240" w:lineRule="auto"/>
    </w:pPr>
    <w:rPr>
      <w:sz w:val="20"/>
      <w:szCs w:val="20"/>
    </w:rPr>
  </w:style>
  <w:style w:type="character" w:customStyle="1" w:styleId="CommentTextChar">
    <w:name w:val="Comment Text Char"/>
    <w:basedOn w:val="DefaultParagraphFont"/>
    <w:link w:val="CommentText"/>
    <w:uiPriority w:val="99"/>
    <w:rsid w:val="00FD1E5C"/>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FD1E5C"/>
    <w:rPr>
      <w:b/>
      <w:bCs/>
    </w:rPr>
  </w:style>
  <w:style w:type="character" w:customStyle="1" w:styleId="CommentSubjectChar">
    <w:name w:val="Comment Subject Char"/>
    <w:basedOn w:val="CommentTextChar"/>
    <w:link w:val="CommentSubject"/>
    <w:uiPriority w:val="99"/>
    <w:semiHidden/>
    <w:rsid w:val="00FD1E5C"/>
    <w:rPr>
      <w:rFonts w:ascii="Arial" w:hAnsi="Arial"/>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81"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B7887689-383F-4F88-8B4B-264BF8C64C11}">
  <we:reference id="40b16dfe-5837-4c32-bc63-1eca60e7b822" version="1.0.0.1" store="EXCatalog" storeType="EXCatalog"/>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2899</Words>
  <Characters>16527</Characters>
  <Application>Microsoft Office Word</Application>
  <DocSecurity>0</DocSecurity>
  <Lines>137</Lines>
  <Paragraphs>38</Paragraphs>
  <ScaleCrop>false</ScaleCrop>
  <HeadingPairs>
    <vt:vector size="2" baseType="variant">
      <vt:variant>
        <vt:lpstr>Title</vt:lpstr>
      </vt:variant>
      <vt:variant>
        <vt:i4>1</vt:i4>
      </vt:variant>
    </vt:vector>
  </HeadingPairs>
  <TitlesOfParts>
    <vt:vector size="1" baseType="lpstr">
      <vt:lpstr>Road to Bernabéu - Updated Terms and Conditions Draft</vt:lpstr>
    </vt:vector>
  </TitlesOfParts>
  <Manager/>
  <Company/>
  <LinksUpToDate>false</LinksUpToDate>
  <CharactersWithSpaces>19388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to Bernabéu - Updated Terms and Conditions Draft</dc:title>
  <dc:subject>Draft for Legal and Club review</dc:subject>
  <dc:creator>Daniel Marco Fernandez</dc:creator>
  <cp:keywords/>
  <dc:description>generated by python-docx</dc:description>
  <cp:lastModifiedBy>Daniel Marco Fernandez</cp:lastModifiedBy>
  <cp:revision>2</cp:revision>
  <dcterms:created xsi:type="dcterms:W3CDTF">2026-10-23T08:47:00Z</dcterms:created>
  <dcterms:modified xsi:type="dcterms:W3CDTF">2026-10-23T08:47:00Z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2f23d9d9-d8c9-4bbd-a204-c71ec2cfe465_Enabled">
    <vt:lpwstr>true</vt:lpwstr>
  </property>
  <property fmtid="{D5CDD505-2E9C-101B-9397-08002B2CF9AE}" pid="3" name="MSIP_Label_2f23d9d9-d8c9-4bbd-a204-c71ec2cfe465_SetDate">
    <vt:lpwstr>2026-09-22T04:52:52Z</vt:lpwstr>
  </property>
  <property fmtid="{D5CDD505-2E9C-101B-9397-08002B2CF9AE}" pid="4" name="MSIP_Label_2f23d9d9-d8c9-4bbd-a204-c71ec2cfe465_Method">
    <vt:lpwstr>Standard</vt:lpwstr>
  </property>
  <property fmtid="{D5CDD505-2E9C-101B-9397-08002B2CF9AE}" pid="5" name="MSIP_Label_2f23d9d9-d8c9-4bbd-a204-c71ec2cfe465_Name">
    <vt:lpwstr>Internal`</vt:lpwstr>
  </property>
  <property fmtid="{D5CDD505-2E9C-101B-9397-08002B2CF9AE}" pid="6" name="MSIP_Label_2f23d9d9-d8c9-4bbd-a204-c71ec2cfe465_SiteId">
    <vt:lpwstr>eee3385e-742f-4e2e-b130-e496ed7d6a49</vt:lpwstr>
  </property>
  <property fmtid="{D5CDD505-2E9C-101B-9397-08002B2CF9AE}" pid="7" name="MSIP_Label_2f23d9d9-d8c9-4bbd-a204-c71ec2cfe465_ActionId">
    <vt:lpwstr>27e3b898-d4f8-4a2a-bdcc-dbce60831b1f</vt:lpwstr>
  </property>
  <property fmtid="{D5CDD505-2E9C-101B-9397-08002B2CF9AE}" pid="8" name="MSIP_Label_2f23d9d9-d8c9-4bbd-a204-c71ec2cfe465_ContentBits">
    <vt:lpwstr>0</vt:lpwstr>
  </property>
  <property fmtid="{D5CDD505-2E9C-101B-9397-08002B2CF9AE}" pid="9" name="ClassificationContentMarkingFooterShapeIds">
    <vt:lpwstr>718f7f6a,47e0e8e2,5fa89cf6</vt:lpwstr>
  </property>
  <property fmtid="{D5CDD505-2E9C-101B-9397-08002B2CF9AE}" pid="10" name="ClassificationContentMarkingFooterFontProps">
    <vt:lpwstr>#000000,10,Aptos</vt:lpwstr>
  </property>
  <property fmtid="{D5CDD505-2E9C-101B-9397-08002B2CF9AE}" pid="11" name="ClassificationContentMarkingFooterText">
    <vt:lpwstr>Confidential - Not for Public Consumption or Distribution</vt:lpwstr>
  </property>
  <property fmtid="{D5CDD505-2E9C-101B-9397-08002B2CF9AE}" pid="12" name="MSIP_Label_8e19d756-792e-42a1-bcad-4cb9051ddd2d_Enabled">
    <vt:lpwstr>true</vt:lpwstr>
  </property>
  <property fmtid="{D5CDD505-2E9C-101B-9397-08002B2CF9AE}" pid="13" name="MSIP_Label_8e19d756-792e-42a1-bcad-4cb9051ddd2d_SetDate">
    <vt:lpwstr>2026-10-06T06:27:20Z</vt:lpwstr>
  </property>
  <property fmtid="{D5CDD505-2E9C-101B-9397-08002B2CF9AE}" pid="14" name="MSIP_Label_8e19d756-792e-42a1-bcad-4cb9051ddd2d_Method">
    <vt:lpwstr>Standard</vt:lpwstr>
  </property>
  <property fmtid="{D5CDD505-2E9C-101B-9397-08002B2CF9AE}" pid="15" name="MSIP_Label_8e19d756-792e-42a1-bcad-4cb9051ddd2d_Name">
    <vt:lpwstr>Confidential</vt:lpwstr>
  </property>
  <property fmtid="{D5CDD505-2E9C-101B-9397-08002B2CF9AE}" pid="16" name="MSIP_Label_8e19d756-792e-42a1-bcad-4cb9051ddd2d_SiteId">
    <vt:lpwstr>41eb501a-f671-4ce0-a5bf-b64168c3705f</vt:lpwstr>
  </property>
  <property fmtid="{D5CDD505-2E9C-101B-9397-08002B2CF9AE}" pid="17" name="MSIP_Label_8e19d756-792e-42a1-bcad-4cb9051ddd2d_ActionId">
    <vt:lpwstr>001968a5-5699-4fd3-85bd-1fe4520375b5</vt:lpwstr>
  </property>
  <property fmtid="{D5CDD505-2E9C-101B-9397-08002B2CF9AE}" pid="18" name="MSIP_Label_8e19d756-792e-42a1-bcad-4cb9051ddd2d_ContentBits">
    <vt:lpwstr>2</vt:lpwstr>
  </property>
  <property fmtid="{D5CDD505-2E9C-101B-9397-08002B2CF9AE}" pid="19" name="MSIP_Label_8e19d756-792e-42a1-bcad-4cb9051ddd2d_Tag">
    <vt:lpwstr>50, 3, 0, 1</vt:lpwstr>
  </property>
  <property fmtid="{D5CDD505-2E9C-101B-9397-08002B2CF9AE}" pid="20" name="hydocc06b79edcbb5731b">
    <vt:lpwstr>01a133d7-5d48-7297-b079-8af3146b1022</vt:lpwstr>
  </property>
</Properties>
</file>